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95ED1" w14:textId="77777777" w:rsidR="009F0DA7" w:rsidRPr="00D65B41" w:rsidRDefault="00000000">
      <w:pPr>
        <w:jc w:val="center"/>
        <w:rPr>
          <w:sz w:val="22"/>
        </w:rPr>
      </w:pPr>
      <w:r w:rsidRPr="00D65B41">
        <w:rPr>
          <w:b/>
          <w:sz w:val="22"/>
        </w:rPr>
        <w:t>APPLICATION FOR INITIAL APPROVAL OF A FOREIGN APPROVED TRAINING ORGANIZATION (ATO)</w:t>
      </w:r>
    </w:p>
    <w:p w14:paraId="5BB74BB2" w14:textId="4D7B9EA2" w:rsidR="009F0DA7" w:rsidRDefault="00000000">
      <w:pPr>
        <w:jc w:val="center"/>
      </w:pPr>
      <w:r>
        <w:rPr>
          <w:i/>
          <w:sz w:val="19"/>
        </w:rPr>
        <w:t>(To be completed by the Applicant/Operator proposing to use a Foreign Approved Training Organization</w:t>
      </w:r>
      <w:r w:rsidR="00D65B41">
        <w:rPr>
          <w:i/>
          <w:sz w:val="19"/>
        </w:rPr>
        <w:t>)</w:t>
      </w:r>
    </w:p>
    <w:p w14:paraId="21DFC85A" w14:textId="77777777" w:rsidR="009F0DA7" w:rsidRDefault="00000000">
      <w:pPr>
        <w:keepNext/>
        <w:pBdr>
          <w:bottom w:val="single" w:sz="6" w:space="2" w:color="1F5C8B"/>
        </w:pBdr>
        <w:spacing w:before="200" w:after="80"/>
      </w:pPr>
      <w:r>
        <w:rPr>
          <w:b/>
          <w:sz w:val="22"/>
        </w:rPr>
        <w:t>SECTION 1: LETTER OF INTENT AND APPLICANT PARTICULARS</w:t>
      </w:r>
    </w:p>
    <w:p w14:paraId="2115F29F" w14:textId="77777777" w:rsidR="009F0DA7" w:rsidRDefault="00000000">
      <w:pPr>
        <w:spacing w:after="120"/>
      </w:pPr>
      <w:r>
        <w:rPr>
          <w:i/>
          <w:sz w:val="18"/>
        </w:rPr>
        <w:t>Items 1–8 constitute the Letter of Intent required under TCAA-OA-TO-PEL-049A and should be submitted prior to, or concurrently with, this application.</w:t>
      </w:r>
    </w:p>
    <w:tbl>
      <w:tblPr>
        <w:tblW w:w="10490" w:type="dxa"/>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48"/>
        <w:gridCol w:w="5442"/>
      </w:tblGrid>
      <w:tr w:rsidR="009F0DA7" w14:paraId="710DEF05" w14:textId="77777777" w:rsidTr="007F3134">
        <w:trPr>
          <w:cantSplit/>
        </w:trPr>
        <w:tc>
          <w:tcPr>
            <w:tcW w:w="5048" w:type="dxa"/>
            <w:tcMar>
              <w:top w:w="40" w:type="dxa"/>
              <w:left w:w="60" w:type="dxa"/>
              <w:bottom w:w="40" w:type="dxa"/>
              <w:right w:w="60" w:type="dxa"/>
            </w:tcMar>
          </w:tcPr>
          <w:p w14:paraId="62099401" w14:textId="77777777" w:rsidR="009F0DA7" w:rsidRDefault="00000000">
            <w:r>
              <w:rPr>
                <w:sz w:val="19"/>
              </w:rPr>
              <w:t>1. Name and mailing address of the Applicant/Operator (Tanzanian entity requesting recognition).</w:t>
            </w:r>
          </w:p>
          <w:p w14:paraId="247FC6D4" w14:textId="77777777" w:rsidR="009F0DA7" w:rsidRDefault="009F0DA7"/>
          <w:p w14:paraId="54FB6C09" w14:textId="77777777" w:rsidR="009F0DA7" w:rsidRDefault="009F0DA7"/>
        </w:tc>
        <w:tc>
          <w:tcPr>
            <w:tcW w:w="5442" w:type="dxa"/>
            <w:tcMar>
              <w:top w:w="40" w:type="dxa"/>
              <w:left w:w="60" w:type="dxa"/>
              <w:bottom w:w="40" w:type="dxa"/>
              <w:right w:w="60" w:type="dxa"/>
            </w:tcMar>
          </w:tcPr>
          <w:p w14:paraId="4C6C77E0" w14:textId="77777777" w:rsidR="009F0DA7" w:rsidRDefault="00000000">
            <w:r>
              <w:rPr>
                <w:sz w:val="19"/>
              </w:rPr>
              <w:t>2. Name and address of the Foreign ATO (as certified by the Certifying/Baseline CAA).</w:t>
            </w:r>
          </w:p>
          <w:p w14:paraId="783FA7B6" w14:textId="77777777" w:rsidR="009F0DA7" w:rsidRDefault="009F0DA7"/>
          <w:p w14:paraId="3D11DB11" w14:textId="77777777" w:rsidR="009F0DA7" w:rsidRDefault="009F0DA7"/>
        </w:tc>
      </w:tr>
      <w:tr w:rsidR="009F0DA7" w14:paraId="3097FEB3" w14:textId="77777777" w:rsidTr="007F3134">
        <w:trPr>
          <w:cantSplit/>
        </w:trPr>
        <w:tc>
          <w:tcPr>
            <w:tcW w:w="5048" w:type="dxa"/>
            <w:tcMar>
              <w:top w:w="40" w:type="dxa"/>
              <w:left w:w="60" w:type="dxa"/>
              <w:bottom w:w="40" w:type="dxa"/>
              <w:right w:w="60" w:type="dxa"/>
            </w:tcMar>
          </w:tcPr>
          <w:p w14:paraId="3E977679" w14:textId="77777777" w:rsidR="009F0DA7" w:rsidRDefault="00000000">
            <w:r>
              <w:rPr>
                <w:sz w:val="19"/>
              </w:rPr>
              <w:t>3. Name of the Certifying/Baseline Civil Aviation Authority, and country.</w:t>
            </w:r>
          </w:p>
          <w:p w14:paraId="53A8C9E9" w14:textId="77777777" w:rsidR="009F0DA7" w:rsidRDefault="009F0DA7"/>
          <w:p w14:paraId="0D56D434" w14:textId="77777777" w:rsidR="009F0DA7" w:rsidRDefault="009F0DA7"/>
        </w:tc>
        <w:tc>
          <w:tcPr>
            <w:tcW w:w="5442" w:type="dxa"/>
            <w:tcMar>
              <w:top w:w="40" w:type="dxa"/>
              <w:left w:w="60" w:type="dxa"/>
              <w:bottom w:w="40" w:type="dxa"/>
              <w:right w:w="60" w:type="dxa"/>
            </w:tcMar>
          </w:tcPr>
          <w:p w14:paraId="57177939" w14:textId="77777777" w:rsidR="009F0DA7" w:rsidRDefault="00000000">
            <w:r>
              <w:rPr>
                <w:sz w:val="19"/>
              </w:rPr>
              <w:t>4. Foreign ATO approval/certificate number, date of issue and validity/expiry date. (Attach current certificate.)</w:t>
            </w:r>
          </w:p>
          <w:p w14:paraId="3A927199" w14:textId="77777777" w:rsidR="009F0DA7" w:rsidRDefault="009F0DA7"/>
          <w:p w14:paraId="1F1CD805" w14:textId="77777777" w:rsidR="009F0DA7" w:rsidRDefault="009F0DA7"/>
        </w:tc>
      </w:tr>
      <w:tr w:rsidR="009F0DA7" w14:paraId="515E92A4" w14:textId="77777777" w:rsidTr="007F3134">
        <w:trPr>
          <w:cantSplit/>
        </w:trPr>
        <w:tc>
          <w:tcPr>
            <w:tcW w:w="5048" w:type="dxa"/>
            <w:tcMar>
              <w:top w:w="40" w:type="dxa"/>
              <w:left w:w="60" w:type="dxa"/>
              <w:bottom w:w="40" w:type="dxa"/>
              <w:right w:w="60" w:type="dxa"/>
            </w:tcMar>
          </w:tcPr>
          <w:p w14:paraId="5212EC6C" w14:textId="77777777" w:rsidR="009F0DA7" w:rsidRDefault="00000000">
            <w:r>
              <w:rPr>
                <w:sz w:val="19"/>
              </w:rPr>
              <w:t>5. Address of the principal (main) training location.</w:t>
            </w:r>
          </w:p>
          <w:p w14:paraId="3B04CB71" w14:textId="77777777" w:rsidR="009F0DA7" w:rsidRDefault="009F0DA7"/>
          <w:p w14:paraId="41FD9095" w14:textId="77777777" w:rsidR="009F0DA7" w:rsidRDefault="009F0DA7"/>
        </w:tc>
        <w:tc>
          <w:tcPr>
            <w:tcW w:w="5442" w:type="dxa"/>
            <w:tcMar>
              <w:top w:w="40" w:type="dxa"/>
              <w:left w:w="60" w:type="dxa"/>
              <w:bottom w:w="40" w:type="dxa"/>
              <w:right w:w="60" w:type="dxa"/>
            </w:tcMar>
          </w:tcPr>
          <w:p w14:paraId="37A07880" w14:textId="77777777" w:rsidR="009F0DA7" w:rsidRDefault="00000000">
            <w:r>
              <w:rPr>
                <w:sz w:val="19"/>
              </w:rPr>
              <w:t>6. Address(es) of satellite training location(s), if any, and training specifications requested at each.</w:t>
            </w:r>
          </w:p>
          <w:p w14:paraId="223B8E35" w14:textId="77777777" w:rsidR="009F0DA7" w:rsidRDefault="009F0DA7"/>
          <w:p w14:paraId="61CB5A93" w14:textId="77777777" w:rsidR="009F0DA7" w:rsidRDefault="009F0DA7"/>
        </w:tc>
      </w:tr>
      <w:tr w:rsidR="009F0DA7" w14:paraId="58EB65FF" w14:textId="77777777" w:rsidTr="007F3134">
        <w:trPr>
          <w:cantSplit/>
        </w:trPr>
        <w:tc>
          <w:tcPr>
            <w:tcW w:w="5048" w:type="dxa"/>
            <w:tcMar>
              <w:top w:w="40" w:type="dxa"/>
              <w:left w:w="60" w:type="dxa"/>
              <w:bottom w:w="40" w:type="dxa"/>
              <w:right w:w="60" w:type="dxa"/>
            </w:tcMar>
          </w:tcPr>
          <w:p w14:paraId="342C843B" w14:textId="77777777" w:rsidR="009F0DA7" w:rsidRDefault="00000000">
            <w:r>
              <w:rPr>
                <w:sz w:val="19"/>
              </w:rPr>
              <w:t>7. Proposed training period (start and end dates).</w:t>
            </w:r>
          </w:p>
          <w:p w14:paraId="2AD99F6E" w14:textId="77777777" w:rsidR="009F0DA7" w:rsidRDefault="009F0DA7"/>
          <w:p w14:paraId="79C60A30" w14:textId="77777777" w:rsidR="009F0DA7" w:rsidRDefault="009F0DA7"/>
        </w:tc>
        <w:tc>
          <w:tcPr>
            <w:tcW w:w="5442" w:type="dxa"/>
            <w:tcMar>
              <w:top w:w="40" w:type="dxa"/>
              <w:left w:w="60" w:type="dxa"/>
              <w:bottom w:w="40" w:type="dxa"/>
              <w:right w:w="60" w:type="dxa"/>
            </w:tcMar>
          </w:tcPr>
          <w:p w14:paraId="3D81BB5D" w14:textId="77777777" w:rsidR="009F0DA7" w:rsidRDefault="00000000">
            <w:r>
              <w:rPr>
                <w:sz w:val="19"/>
              </w:rPr>
              <w:t>8. Requested course/programme identifier(s), in order of preference: (1) (2) (3)</w:t>
            </w:r>
          </w:p>
          <w:p w14:paraId="34FDB63A" w14:textId="77777777" w:rsidR="009F0DA7" w:rsidRDefault="009F0DA7"/>
          <w:p w14:paraId="0444A7F0" w14:textId="77777777" w:rsidR="009F0DA7" w:rsidRDefault="009F0DA7"/>
        </w:tc>
      </w:tr>
      <w:tr w:rsidR="009F0DA7" w14:paraId="07240AEF" w14:textId="77777777" w:rsidTr="007F3134">
        <w:trPr>
          <w:cantSplit/>
        </w:trPr>
        <w:tc>
          <w:tcPr>
            <w:tcW w:w="10490" w:type="dxa"/>
            <w:gridSpan w:val="2"/>
            <w:tcMar>
              <w:top w:w="40" w:type="dxa"/>
              <w:left w:w="60" w:type="dxa"/>
              <w:bottom w:w="40" w:type="dxa"/>
              <w:right w:w="60" w:type="dxa"/>
            </w:tcMar>
          </w:tcPr>
          <w:p w14:paraId="59B4D03C" w14:textId="77777777" w:rsidR="009F0DA7" w:rsidRDefault="00000000">
            <w:r>
              <w:rPr>
                <w:sz w:val="19"/>
              </w:rPr>
              <w:t>9. Justification for selecting this Foreign ATO.</w:t>
            </w:r>
          </w:p>
          <w:p w14:paraId="08A57D85" w14:textId="77777777" w:rsidR="009F0DA7" w:rsidRDefault="009F0DA7"/>
          <w:p w14:paraId="4FCD041F" w14:textId="77777777" w:rsidR="009F0DA7" w:rsidRDefault="009F0DA7"/>
        </w:tc>
      </w:tr>
    </w:tbl>
    <w:p w14:paraId="0CC414FF" w14:textId="77777777" w:rsidR="009F0DA7" w:rsidRDefault="009F0DA7">
      <w:pPr>
        <w:spacing w:after="40"/>
      </w:pPr>
    </w:p>
    <w:p w14:paraId="59662784" w14:textId="77777777" w:rsidR="009F0DA7" w:rsidRDefault="00000000">
      <w:pPr>
        <w:keepNext/>
        <w:pBdr>
          <w:bottom w:val="single" w:sz="6" w:space="2" w:color="1F5C8B"/>
        </w:pBdr>
        <w:spacing w:before="200" w:after="80"/>
      </w:pPr>
      <w:r>
        <w:rPr>
          <w:b/>
          <w:sz w:val="22"/>
        </w:rPr>
        <w:lastRenderedPageBreak/>
        <w:t>SECTION 2: MANAGEMENT AND KEY PERSONNEL OF THE FOREIGN ATO</w:t>
      </w:r>
    </w:p>
    <w:tbl>
      <w:tblPr>
        <w:tblW w:w="10490" w:type="dxa"/>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1"/>
        <w:gridCol w:w="3119"/>
        <w:gridCol w:w="2268"/>
        <w:gridCol w:w="1842"/>
      </w:tblGrid>
      <w:tr w:rsidR="009F0DA7" w14:paraId="7C60F215" w14:textId="77777777" w:rsidTr="007F3134">
        <w:trPr>
          <w:cantSplit/>
        </w:trPr>
        <w:tc>
          <w:tcPr>
            <w:tcW w:w="3261" w:type="dxa"/>
            <w:shd w:val="clear" w:color="auto" w:fill="DCE6F1"/>
            <w:tcMar>
              <w:top w:w="40" w:type="dxa"/>
              <w:left w:w="60" w:type="dxa"/>
              <w:bottom w:w="40" w:type="dxa"/>
              <w:right w:w="60" w:type="dxa"/>
            </w:tcMar>
          </w:tcPr>
          <w:p w14:paraId="3F06EB97" w14:textId="77777777" w:rsidR="009F0DA7" w:rsidRDefault="00000000">
            <w:r>
              <w:rPr>
                <w:b/>
                <w:sz w:val="18"/>
              </w:rPr>
              <w:t>Name (Surname / First / Middle Initial)</w:t>
            </w:r>
          </w:p>
        </w:tc>
        <w:tc>
          <w:tcPr>
            <w:tcW w:w="3119" w:type="dxa"/>
            <w:shd w:val="clear" w:color="auto" w:fill="DCE6F1"/>
            <w:tcMar>
              <w:top w:w="40" w:type="dxa"/>
              <w:left w:w="60" w:type="dxa"/>
              <w:bottom w:w="40" w:type="dxa"/>
              <w:right w:w="60" w:type="dxa"/>
            </w:tcMar>
          </w:tcPr>
          <w:p w14:paraId="0788C445" w14:textId="77777777" w:rsidR="009F0DA7" w:rsidRDefault="00000000">
            <w:r>
              <w:rPr>
                <w:b/>
                <w:sz w:val="18"/>
              </w:rPr>
              <w:t>Proposed Position in the Foreign ATO</w:t>
            </w:r>
          </w:p>
        </w:tc>
        <w:tc>
          <w:tcPr>
            <w:tcW w:w="2268" w:type="dxa"/>
            <w:shd w:val="clear" w:color="auto" w:fill="DCE6F1"/>
            <w:tcMar>
              <w:top w:w="40" w:type="dxa"/>
              <w:left w:w="60" w:type="dxa"/>
              <w:bottom w:w="40" w:type="dxa"/>
              <w:right w:w="60" w:type="dxa"/>
            </w:tcMar>
          </w:tcPr>
          <w:p w14:paraId="24DE3853" w14:textId="0BE8E5A0" w:rsidR="009F0DA7" w:rsidRDefault="00000000">
            <w:proofErr w:type="gramStart"/>
            <w:r>
              <w:rPr>
                <w:b/>
                <w:sz w:val="18"/>
              </w:rPr>
              <w:t xml:space="preserve">Telephone </w:t>
            </w:r>
            <w:r w:rsidR="007F3134">
              <w:rPr>
                <w:b/>
                <w:sz w:val="18"/>
              </w:rPr>
              <w:t xml:space="preserve"> and</w:t>
            </w:r>
            <w:proofErr w:type="gramEnd"/>
            <w:r w:rsidR="007F3134">
              <w:rPr>
                <w:b/>
                <w:sz w:val="18"/>
              </w:rPr>
              <w:t xml:space="preserve"> </w:t>
            </w:r>
            <w:r>
              <w:rPr>
                <w:b/>
                <w:sz w:val="18"/>
              </w:rPr>
              <w:t xml:space="preserve"> Address (include country code)</w:t>
            </w:r>
          </w:p>
        </w:tc>
        <w:tc>
          <w:tcPr>
            <w:tcW w:w="1842" w:type="dxa"/>
            <w:shd w:val="clear" w:color="auto" w:fill="DCE6F1"/>
            <w:tcMar>
              <w:top w:w="40" w:type="dxa"/>
              <w:left w:w="60" w:type="dxa"/>
              <w:bottom w:w="40" w:type="dxa"/>
              <w:right w:w="60" w:type="dxa"/>
            </w:tcMar>
          </w:tcPr>
          <w:p w14:paraId="7C2396E6" w14:textId="77777777" w:rsidR="009F0DA7" w:rsidRDefault="00000000">
            <w:r>
              <w:rPr>
                <w:b/>
                <w:sz w:val="18"/>
              </w:rPr>
              <w:t>Certifying CAA Authorization Ref.</w:t>
            </w:r>
          </w:p>
        </w:tc>
      </w:tr>
      <w:tr w:rsidR="009F0DA7" w14:paraId="38712222" w14:textId="77777777" w:rsidTr="007F3134">
        <w:trPr>
          <w:cantSplit/>
        </w:trPr>
        <w:tc>
          <w:tcPr>
            <w:tcW w:w="3261" w:type="dxa"/>
            <w:tcMar>
              <w:top w:w="40" w:type="dxa"/>
              <w:left w:w="60" w:type="dxa"/>
              <w:bottom w:w="40" w:type="dxa"/>
              <w:right w:w="60" w:type="dxa"/>
            </w:tcMar>
          </w:tcPr>
          <w:p w14:paraId="2E340BA3" w14:textId="77777777" w:rsidR="009F0DA7" w:rsidRDefault="009F0DA7"/>
        </w:tc>
        <w:tc>
          <w:tcPr>
            <w:tcW w:w="3119" w:type="dxa"/>
            <w:tcMar>
              <w:top w:w="40" w:type="dxa"/>
              <w:left w:w="60" w:type="dxa"/>
              <w:bottom w:w="40" w:type="dxa"/>
              <w:right w:w="60" w:type="dxa"/>
            </w:tcMar>
          </w:tcPr>
          <w:p w14:paraId="1DAF375F" w14:textId="77777777" w:rsidR="009F0DA7" w:rsidRDefault="00000000">
            <w:r>
              <w:rPr>
                <w:i/>
                <w:sz w:val="18"/>
              </w:rPr>
              <w:t>Accountable Manager</w:t>
            </w:r>
          </w:p>
        </w:tc>
        <w:tc>
          <w:tcPr>
            <w:tcW w:w="2268" w:type="dxa"/>
            <w:tcMar>
              <w:top w:w="40" w:type="dxa"/>
              <w:left w:w="60" w:type="dxa"/>
              <w:bottom w:w="40" w:type="dxa"/>
              <w:right w:w="60" w:type="dxa"/>
            </w:tcMar>
          </w:tcPr>
          <w:p w14:paraId="65EBF21B" w14:textId="77777777" w:rsidR="009F0DA7" w:rsidRDefault="009F0DA7"/>
        </w:tc>
        <w:tc>
          <w:tcPr>
            <w:tcW w:w="1842" w:type="dxa"/>
            <w:tcMar>
              <w:top w:w="40" w:type="dxa"/>
              <w:left w:w="60" w:type="dxa"/>
              <w:bottom w:w="40" w:type="dxa"/>
              <w:right w:w="60" w:type="dxa"/>
            </w:tcMar>
          </w:tcPr>
          <w:p w14:paraId="27B3D14C" w14:textId="77777777" w:rsidR="009F0DA7" w:rsidRDefault="009F0DA7"/>
        </w:tc>
      </w:tr>
      <w:tr w:rsidR="009F0DA7" w14:paraId="621FB2DA" w14:textId="77777777" w:rsidTr="007F3134">
        <w:trPr>
          <w:cantSplit/>
        </w:trPr>
        <w:tc>
          <w:tcPr>
            <w:tcW w:w="3261" w:type="dxa"/>
            <w:tcMar>
              <w:top w:w="40" w:type="dxa"/>
              <w:left w:w="60" w:type="dxa"/>
              <w:bottom w:w="40" w:type="dxa"/>
              <w:right w:w="60" w:type="dxa"/>
            </w:tcMar>
          </w:tcPr>
          <w:p w14:paraId="67373DCD" w14:textId="77777777" w:rsidR="009F0DA7" w:rsidRDefault="009F0DA7"/>
        </w:tc>
        <w:tc>
          <w:tcPr>
            <w:tcW w:w="3119" w:type="dxa"/>
            <w:tcMar>
              <w:top w:w="40" w:type="dxa"/>
              <w:left w:w="60" w:type="dxa"/>
              <w:bottom w:w="40" w:type="dxa"/>
              <w:right w:w="60" w:type="dxa"/>
            </w:tcMar>
          </w:tcPr>
          <w:p w14:paraId="4D4ADE4D" w14:textId="77777777" w:rsidR="009F0DA7" w:rsidRDefault="00000000">
            <w:r>
              <w:rPr>
                <w:i/>
                <w:sz w:val="18"/>
              </w:rPr>
              <w:t>Head/Chief of Training</w:t>
            </w:r>
          </w:p>
        </w:tc>
        <w:tc>
          <w:tcPr>
            <w:tcW w:w="2268" w:type="dxa"/>
            <w:tcMar>
              <w:top w:w="40" w:type="dxa"/>
              <w:left w:w="60" w:type="dxa"/>
              <w:bottom w:w="40" w:type="dxa"/>
              <w:right w:w="60" w:type="dxa"/>
            </w:tcMar>
          </w:tcPr>
          <w:p w14:paraId="4C3F2157" w14:textId="77777777" w:rsidR="009F0DA7" w:rsidRDefault="009F0DA7"/>
        </w:tc>
        <w:tc>
          <w:tcPr>
            <w:tcW w:w="1842" w:type="dxa"/>
            <w:tcMar>
              <w:top w:w="40" w:type="dxa"/>
              <w:left w:w="60" w:type="dxa"/>
              <w:bottom w:w="40" w:type="dxa"/>
              <w:right w:w="60" w:type="dxa"/>
            </w:tcMar>
          </w:tcPr>
          <w:p w14:paraId="2CEED9A1" w14:textId="77777777" w:rsidR="009F0DA7" w:rsidRDefault="009F0DA7"/>
        </w:tc>
      </w:tr>
      <w:tr w:rsidR="009F0DA7" w14:paraId="46A3BCDE" w14:textId="77777777" w:rsidTr="007F3134">
        <w:trPr>
          <w:cantSplit/>
        </w:trPr>
        <w:tc>
          <w:tcPr>
            <w:tcW w:w="3261" w:type="dxa"/>
            <w:tcMar>
              <w:top w:w="40" w:type="dxa"/>
              <w:left w:w="60" w:type="dxa"/>
              <w:bottom w:w="40" w:type="dxa"/>
              <w:right w:w="60" w:type="dxa"/>
            </w:tcMar>
          </w:tcPr>
          <w:p w14:paraId="751D4C54" w14:textId="77777777" w:rsidR="009F0DA7" w:rsidRDefault="009F0DA7"/>
        </w:tc>
        <w:tc>
          <w:tcPr>
            <w:tcW w:w="3119" w:type="dxa"/>
            <w:tcMar>
              <w:top w:w="40" w:type="dxa"/>
              <w:left w:w="60" w:type="dxa"/>
              <w:bottom w:w="40" w:type="dxa"/>
              <w:right w:w="60" w:type="dxa"/>
            </w:tcMar>
          </w:tcPr>
          <w:p w14:paraId="00062B61" w14:textId="77777777" w:rsidR="009F0DA7" w:rsidRDefault="00000000">
            <w:r>
              <w:rPr>
                <w:i/>
                <w:sz w:val="18"/>
              </w:rPr>
              <w:t>Quality Manager</w:t>
            </w:r>
          </w:p>
        </w:tc>
        <w:tc>
          <w:tcPr>
            <w:tcW w:w="2268" w:type="dxa"/>
            <w:tcMar>
              <w:top w:w="40" w:type="dxa"/>
              <w:left w:w="60" w:type="dxa"/>
              <w:bottom w:w="40" w:type="dxa"/>
              <w:right w:w="60" w:type="dxa"/>
            </w:tcMar>
          </w:tcPr>
          <w:p w14:paraId="07BADB45" w14:textId="77777777" w:rsidR="009F0DA7" w:rsidRDefault="009F0DA7"/>
        </w:tc>
        <w:tc>
          <w:tcPr>
            <w:tcW w:w="1842" w:type="dxa"/>
            <w:tcMar>
              <w:top w:w="40" w:type="dxa"/>
              <w:left w:w="60" w:type="dxa"/>
              <w:bottom w:w="40" w:type="dxa"/>
              <w:right w:w="60" w:type="dxa"/>
            </w:tcMar>
          </w:tcPr>
          <w:p w14:paraId="267A8DEE" w14:textId="77777777" w:rsidR="009F0DA7" w:rsidRDefault="009F0DA7"/>
        </w:tc>
      </w:tr>
      <w:tr w:rsidR="009F0DA7" w14:paraId="175B6A9C" w14:textId="77777777" w:rsidTr="007F3134">
        <w:trPr>
          <w:cantSplit/>
        </w:trPr>
        <w:tc>
          <w:tcPr>
            <w:tcW w:w="3261" w:type="dxa"/>
            <w:tcMar>
              <w:top w:w="40" w:type="dxa"/>
              <w:left w:w="60" w:type="dxa"/>
              <w:bottom w:w="40" w:type="dxa"/>
              <w:right w:w="60" w:type="dxa"/>
            </w:tcMar>
          </w:tcPr>
          <w:p w14:paraId="12917D5F" w14:textId="77777777" w:rsidR="009F0DA7" w:rsidRDefault="009F0DA7"/>
        </w:tc>
        <w:tc>
          <w:tcPr>
            <w:tcW w:w="3119" w:type="dxa"/>
            <w:tcMar>
              <w:top w:w="40" w:type="dxa"/>
              <w:left w:w="60" w:type="dxa"/>
              <w:bottom w:w="40" w:type="dxa"/>
              <w:right w:w="60" w:type="dxa"/>
            </w:tcMar>
          </w:tcPr>
          <w:p w14:paraId="72836E7D" w14:textId="77777777" w:rsidR="009F0DA7" w:rsidRDefault="00000000">
            <w:r>
              <w:rPr>
                <w:i/>
                <w:sz w:val="18"/>
              </w:rPr>
              <w:t>Safety Manager</w:t>
            </w:r>
          </w:p>
        </w:tc>
        <w:tc>
          <w:tcPr>
            <w:tcW w:w="2268" w:type="dxa"/>
            <w:tcMar>
              <w:top w:w="40" w:type="dxa"/>
              <w:left w:w="60" w:type="dxa"/>
              <w:bottom w:w="40" w:type="dxa"/>
              <w:right w:w="60" w:type="dxa"/>
            </w:tcMar>
          </w:tcPr>
          <w:p w14:paraId="3732AE77" w14:textId="77777777" w:rsidR="009F0DA7" w:rsidRDefault="009F0DA7"/>
        </w:tc>
        <w:tc>
          <w:tcPr>
            <w:tcW w:w="1842" w:type="dxa"/>
            <w:tcMar>
              <w:top w:w="40" w:type="dxa"/>
              <w:left w:w="60" w:type="dxa"/>
              <w:bottom w:w="40" w:type="dxa"/>
              <w:right w:w="60" w:type="dxa"/>
            </w:tcMar>
          </w:tcPr>
          <w:p w14:paraId="2E5BEB37" w14:textId="77777777" w:rsidR="009F0DA7" w:rsidRDefault="009F0DA7"/>
        </w:tc>
      </w:tr>
      <w:tr w:rsidR="009F0DA7" w14:paraId="23EA93AC" w14:textId="77777777" w:rsidTr="007F3134">
        <w:trPr>
          <w:cantSplit/>
        </w:trPr>
        <w:tc>
          <w:tcPr>
            <w:tcW w:w="3261" w:type="dxa"/>
            <w:tcMar>
              <w:top w:w="40" w:type="dxa"/>
              <w:left w:w="60" w:type="dxa"/>
              <w:bottom w:w="40" w:type="dxa"/>
              <w:right w:w="60" w:type="dxa"/>
            </w:tcMar>
          </w:tcPr>
          <w:p w14:paraId="29159D0B" w14:textId="77777777" w:rsidR="009F0DA7" w:rsidRDefault="009F0DA7"/>
        </w:tc>
        <w:tc>
          <w:tcPr>
            <w:tcW w:w="3119" w:type="dxa"/>
            <w:tcMar>
              <w:top w:w="40" w:type="dxa"/>
              <w:left w:w="60" w:type="dxa"/>
              <w:bottom w:w="40" w:type="dxa"/>
              <w:right w:w="60" w:type="dxa"/>
            </w:tcMar>
          </w:tcPr>
          <w:p w14:paraId="3D367594" w14:textId="77777777" w:rsidR="009F0DA7" w:rsidRDefault="009F0DA7"/>
        </w:tc>
        <w:tc>
          <w:tcPr>
            <w:tcW w:w="2268" w:type="dxa"/>
            <w:tcMar>
              <w:top w:w="40" w:type="dxa"/>
              <w:left w:w="60" w:type="dxa"/>
              <w:bottom w:w="40" w:type="dxa"/>
              <w:right w:w="60" w:type="dxa"/>
            </w:tcMar>
          </w:tcPr>
          <w:p w14:paraId="6D498CA6" w14:textId="77777777" w:rsidR="009F0DA7" w:rsidRDefault="009F0DA7"/>
        </w:tc>
        <w:tc>
          <w:tcPr>
            <w:tcW w:w="1842" w:type="dxa"/>
            <w:tcMar>
              <w:top w:w="40" w:type="dxa"/>
              <w:left w:w="60" w:type="dxa"/>
              <w:bottom w:w="40" w:type="dxa"/>
              <w:right w:w="60" w:type="dxa"/>
            </w:tcMar>
          </w:tcPr>
          <w:p w14:paraId="39A5ACFF" w14:textId="77777777" w:rsidR="009F0DA7" w:rsidRDefault="009F0DA7"/>
        </w:tc>
      </w:tr>
      <w:tr w:rsidR="009F0DA7" w14:paraId="66351ADB" w14:textId="77777777" w:rsidTr="007F3134">
        <w:trPr>
          <w:cantSplit/>
        </w:trPr>
        <w:tc>
          <w:tcPr>
            <w:tcW w:w="3261" w:type="dxa"/>
            <w:tcMar>
              <w:top w:w="40" w:type="dxa"/>
              <w:left w:w="60" w:type="dxa"/>
              <w:bottom w:w="40" w:type="dxa"/>
              <w:right w:w="60" w:type="dxa"/>
            </w:tcMar>
          </w:tcPr>
          <w:p w14:paraId="792FE993" w14:textId="77777777" w:rsidR="009F0DA7" w:rsidRDefault="009F0DA7"/>
        </w:tc>
        <w:tc>
          <w:tcPr>
            <w:tcW w:w="3119" w:type="dxa"/>
            <w:tcMar>
              <w:top w:w="40" w:type="dxa"/>
              <w:left w:w="60" w:type="dxa"/>
              <w:bottom w:w="40" w:type="dxa"/>
              <w:right w:w="60" w:type="dxa"/>
            </w:tcMar>
          </w:tcPr>
          <w:p w14:paraId="3E20A02B" w14:textId="77777777" w:rsidR="009F0DA7" w:rsidRDefault="009F0DA7"/>
        </w:tc>
        <w:tc>
          <w:tcPr>
            <w:tcW w:w="2268" w:type="dxa"/>
            <w:tcMar>
              <w:top w:w="40" w:type="dxa"/>
              <w:left w:w="60" w:type="dxa"/>
              <w:bottom w:w="40" w:type="dxa"/>
              <w:right w:w="60" w:type="dxa"/>
            </w:tcMar>
          </w:tcPr>
          <w:p w14:paraId="04AD5D87" w14:textId="77777777" w:rsidR="009F0DA7" w:rsidRDefault="009F0DA7"/>
        </w:tc>
        <w:tc>
          <w:tcPr>
            <w:tcW w:w="1842" w:type="dxa"/>
            <w:tcMar>
              <w:top w:w="40" w:type="dxa"/>
              <w:left w:w="60" w:type="dxa"/>
              <w:bottom w:w="40" w:type="dxa"/>
              <w:right w:w="60" w:type="dxa"/>
            </w:tcMar>
          </w:tcPr>
          <w:p w14:paraId="09E9B799" w14:textId="77777777" w:rsidR="009F0DA7" w:rsidRDefault="009F0DA7"/>
        </w:tc>
      </w:tr>
    </w:tbl>
    <w:p w14:paraId="1E543F31" w14:textId="77777777" w:rsidR="009F0DA7" w:rsidRDefault="009F0DA7">
      <w:pPr>
        <w:spacing w:after="40"/>
      </w:pPr>
    </w:p>
    <w:p w14:paraId="21090967" w14:textId="77777777" w:rsidR="009F0DA7" w:rsidRDefault="00000000">
      <w:pPr>
        <w:keepNext/>
        <w:pBdr>
          <w:bottom w:val="single" w:sz="6" w:space="2" w:color="1F5C8B"/>
        </w:pBdr>
        <w:spacing w:before="200" w:after="80"/>
      </w:pPr>
      <w:r>
        <w:rPr>
          <w:b/>
          <w:sz w:val="22"/>
        </w:rPr>
        <w:t>SECTION 3: TRAINING PROGRAMME(S) FOR WHICH APPROVAL IS SOUGHT</w:t>
      </w:r>
    </w:p>
    <w:p w14:paraId="72BA7CA5" w14:textId="77777777" w:rsidR="009F0DA7" w:rsidRDefault="00000000">
      <w:pPr>
        <w:spacing w:after="120"/>
      </w:pPr>
      <w:r>
        <w:rPr>
          <w:i/>
          <w:sz w:val="18"/>
        </w:rPr>
        <w:t>Tick all that apply. Attach the full syllabus for each course/programme identified.</w:t>
      </w:r>
    </w:p>
    <w:tbl>
      <w:tblPr>
        <w:tblW w:w="10490" w:type="dxa"/>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7"/>
        <w:gridCol w:w="9863"/>
      </w:tblGrid>
      <w:tr w:rsidR="009F0DA7" w14:paraId="2450D330" w14:textId="77777777" w:rsidTr="007F3134">
        <w:trPr>
          <w:cantSplit/>
        </w:trPr>
        <w:tc>
          <w:tcPr>
            <w:tcW w:w="627" w:type="dxa"/>
            <w:tcMar>
              <w:top w:w="40" w:type="dxa"/>
              <w:left w:w="60" w:type="dxa"/>
              <w:bottom w:w="40" w:type="dxa"/>
              <w:right w:w="60" w:type="dxa"/>
            </w:tcMar>
          </w:tcPr>
          <w:p w14:paraId="774CCA09" w14:textId="77777777" w:rsidR="009F0DA7" w:rsidRDefault="00000000">
            <w:pPr>
              <w:jc w:val="center"/>
            </w:pPr>
            <w:r>
              <w:rPr>
                <w:sz w:val="24"/>
              </w:rPr>
              <w:t>☐</w:t>
            </w:r>
          </w:p>
        </w:tc>
        <w:tc>
          <w:tcPr>
            <w:tcW w:w="9863" w:type="dxa"/>
            <w:tcMar>
              <w:top w:w="40" w:type="dxa"/>
              <w:left w:w="60" w:type="dxa"/>
              <w:bottom w:w="40" w:type="dxa"/>
              <w:right w:w="60" w:type="dxa"/>
            </w:tcMar>
          </w:tcPr>
          <w:p w14:paraId="57EFC476" w14:textId="77777777" w:rsidR="009F0DA7" w:rsidRDefault="00000000">
            <w:r>
              <w:rPr>
                <w:sz w:val="19"/>
              </w:rPr>
              <w:t>Pilot Training – Type Rating / Class Rating course</w:t>
            </w:r>
          </w:p>
        </w:tc>
      </w:tr>
      <w:tr w:rsidR="009F0DA7" w14:paraId="01CB4FF8" w14:textId="77777777" w:rsidTr="007F3134">
        <w:trPr>
          <w:cantSplit/>
        </w:trPr>
        <w:tc>
          <w:tcPr>
            <w:tcW w:w="627" w:type="dxa"/>
            <w:tcMar>
              <w:top w:w="40" w:type="dxa"/>
              <w:left w:w="60" w:type="dxa"/>
              <w:bottom w:w="40" w:type="dxa"/>
              <w:right w:w="60" w:type="dxa"/>
            </w:tcMar>
          </w:tcPr>
          <w:p w14:paraId="4BC296A1" w14:textId="77777777" w:rsidR="009F0DA7" w:rsidRDefault="00000000">
            <w:pPr>
              <w:jc w:val="center"/>
            </w:pPr>
            <w:r>
              <w:rPr>
                <w:sz w:val="24"/>
              </w:rPr>
              <w:t>☐</w:t>
            </w:r>
          </w:p>
        </w:tc>
        <w:tc>
          <w:tcPr>
            <w:tcW w:w="9863" w:type="dxa"/>
            <w:tcMar>
              <w:top w:w="40" w:type="dxa"/>
              <w:left w:w="60" w:type="dxa"/>
              <w:bottom w:w="40" w:type="dxa"/>
              <w:right w:w="60" w:type="dxa"/>
            </w:tcMar>
          </w:tcPr>
          <w:p w14:paraId="03196F31" w14:textId="77777777" w:rsidR="009F0DA7" w:rsidRDefault="00000000">
            <w:r>
              <w:rPr>
                <w:sz w:val="19"/>
              </w:rPr>
              <w:t>Pilot Training – Instrument Rating course</w:t>
            </w:r>
          </w:p>
        </w:tc>
      </w:tr>
      <w:tr w:rsidR="009F0DA7" w14:paraId="56D4FEA0" w14:textId="77777777" w:rsidTr="007F3134">
        <w:trPr>
          <w:cantSplit/>
        </w:trPr>
        <w:tc>
          <w:tcPr>
            <w:tcW w:w="627" w:type="dxa"/>
            <w:tcMar>
              <w:top w:w="40" w:type="dxa"/>
              <w:left w:w="60" w:type="dxa"/>
              <w:bottom w:w="40" w:type="dxa"/>
              <w:right w:w="60" w:type="dxa"/>
            </w:tcMar>
          </w:tcPr>
          <w:p w14:paraId="6FC7942A" w14:textId="77777777" w:rsidR="009F0DA7" w:rsidRDefault="00000000">
            <w:pPr>
              <w:jc w:val="center"/>
            </w:pPr>
            <w:r>
              <w:rPr>
                <w:sz w:val="24"/>
              </w:rPr>
              <w:t>☐</w:t>
            </w:r>
          </w:p>
        </w:tc>
        <w:tc>
          <w:tcPr>
            <w:tcW w:w="9863" w:type="dxa"/>
            <w:tcMar>
              <w:top w:w="40" w:type="dxa"/>
              <w:left w:w="60" w:type="dxa"/>
              <w:bottom w:w="40" w:type="dxa"/>
              <w:right w:w="60" w:type="dxa"/>
            </w:tcMar>
          </w:tcPr>
          <w:p w14:paraId="568C1380" w14:textId="77777777" w:rsidR="009F0DA7" w:rsidRDefault="00000000">
            <w:r>
              <w:rPr>
                <w:sz w:val="19"/>
              </w:rPr>
              <w:t>Aircraft Maintenance Personnel Training</w:t>
            </w:r>
          </w:p>
        </w:tc>
      </w:tr>
      <w:tr w:rsidR="009F0DA7" w14:paraId="5CD6C9AA" w14:textId="77777777" w:rsidTr="007F3134">
        <w:trPr>
          <w:cantSplit/>
        </w:trPr>
        <w:tc>
          <w:tcPr>
            <w:tcW w:w="627" w:type="dxa"/>
            <w:tcMar>
              <w:top w:w="40" w:type="dxa"/>
              <w:left w:w="60" w:type="dxa"/>
              <w:bottom w:w="40" w:type="dxa"/>
              <w:right w:w="60" w:type="dxa"/>
            </w:tcMar>
          </w:tcPr>
          <w:p w14:paraId="443913E5" w14:textId="77777777" w:rsidR="009F0DA7" w:rsidRDefault="00000000">
            <w:pPr>
              <w:jc w:val="center"/>
            </w:pPr>
            <w:r>
              <w:rPr>
                <w:sz w:val="24"/>
              </w:rPr>
              <w:t>☐</w:t>
            </w:r>
          </w:p>
        </w:tc>
        <w:tc>
          <w:tcPr>
            <w:tcW w:w="9863" w:type="dxa"/>
            <w:tcMar>
              <w:top w:w="40" w:type="dxa"/>
              <w:left w:w="60" w:type="dxa"/>
              <w:bottom w:w="40" w:type="dxa"/>
              <w:right w:w="60" w:type="dxa"/>
            </w:tcMar>
          </w:tcPr>
          <w:p w14:paraId="5CBD14E0" w14:textId="77777777" w:rsidR="009F0DA7" w:rsidRDefault="00000000">
            <w:r>
              <w:rPr>
                <w:sz w:val="19"/>
              </w:rPr>
              <w:t>Flight Operations Officer / Dispatcher Training</w:t>
            </w:r>
          </w:p>
        </w:tc>
      </w:tr>
      <w:tr w:rsidR="009F0DA7" w14:paraId="3E56CB24" w14:textId="77777777" w:rsidTr="007F3134">
        <w:trPr>
          <w:cantSplit/>
        </w:trPr>
        <w:tc>
          <w:tcPr>
            <w:tcW w:w="627" w:type="dxa"/>
            <w:tcMar>
              <w:top w:w="40" w:type="dxa"/>
              <w:left w:w="60" w:type="dxa"/>
              <w:bottom w:w="40" w:type="dxa"/>
              <w:right w:w="60" w:type="dxa"/>
            </w:tcMar>
          </w:tcPr>
          <w:p w14:paraId="1A4174DC" w14:textId="77777777" w:rsidR="009F0DA7" w:rsidRDefault="00000000">
            <w:pPr>
              <w:jc w:val="center"/>
            </w:pPr>
            <w:r>
              <w:rPr>
                <w:sz w:val="24"/>
              </w:rPr>
              <w:t>☐</w:t>
            </w:r>
          </w:p>
        </w:tc>
        <w:tc>
          <w:tcPr>
            <w:tcW w:w="9863" w:type="dxa"/>
            <w:tcMar>
              <w:top w:w="40" w:type="dxa"/>
              <w:left w:w="60" w:type="dxa"/>
              <w:bottom w:w="40" w:type="dxa"/>
              <w:right w:w="60" w:type="dxa"/>
            </w:tcMar>
          </w:tcPr>
          <w:p w14:paraId="5C2CD0E5" w14:textId="77777777" w:rsidR="009F0DA7" w:rsidRDefault="00000000">
            <w:r>
              <w:rPr>
                <w:sz w:val="19"/>
              </w:rPr>
              <w:t>Cabin Crew Training</w:t>
            </w:r>
          </w:p>
        </w:tc>
      </w:tr>
      <w:tr w:rsidR="009F0DA7" w14:paraId="23D72D3D" w14:textId="77777777" w:rsidTr="007F3134">
        <w:trPr>
          <w:cantSplit/>
        </w:trPr>
        <w:tc>
          <w:tcPr>
            <w:tcW w:w="627" w:type="dxa"/>
            <w:tcMar>
              <w:top w:w="40" w:type="dxa"/>
              <w:left w:w="60" w:type="dxa"/>
              <w:bottom w:w="40" w:type="dxa"/>
              <w:right w:w="60" w:type="dxa"/>
            </w:tcMar>
          </w:tcPr>
          <w:p w14:paraId="20781891" w14:textId="77777777" w:rsidR="009F0DA7" w:rsidRDefault="00000000">
            <w:pPr>
              <w:jc w:val="center"/>
            </w:pPr>
            <w:r>
              <w:rPr>
                <w:sz w:val="24"/>
              </w:rPr>
              <w:t>☐</w:t>
            </w:r>
          </w:p>
        </w:tc>
        <w:tc>
          <w:tcPr>
            <w:tcW w:w="9863" w:type="dxa"/>
            <w:tcMar>
              <w:top w:w="40" w:type="dxa"/>
              <w:left w:w="60" w:type="dxa"/>
              <w:bottom w:w="40" w:type="dxa"/>
              <w:right w:w="60" w:type="dxa"/>
            </w:tcMar>
          </w:tcPr>
          <w:p w14:paraId="3A532C4C" w14:textId="77777777" w:rsidR="009F0DA7" w:rsidRDefault="00000000">
            <w:r>
              <w:rPr>
                <w:sz w:val="19"/>
              </w:rPr>
              <w:t>Remote Pilot Training</w:t>
            </w:r>
          </w:p>
        </w:tc>
      </w:tr>
      <w:tr w:rsidR="009F0DA7" w14:paraId="527521CB" w14:textId="77777777" w:rsidTr="007F3134">
        <w:trPr>
          <w:cantSplit/>
        </w:trPr>
        <w:tc>
          <w:tcPr>
            <w:tcW w:w="627" w:type="dxa"/>
            <w:tcMar>
              <w:top w:w="40" w:type="dxa"/>
              <w:left w:w="60" w:type="dxa"/>
              <w:bottom w:w="40" w:type="dxa"/>
              <w:right w:w="60" w:type="dxa"/>
            </w:tcMar>
          </w:tcPr>
          <w:p w14:paraId="10EF3788" w14:textId="77777777" w:rsidR="009F0DA7" w:rsidRDefault="00000000">
            <w:pPr>
              <w:jc w:val="center"/>
            </w:pPr>
            <w:r>
              <w:rPr>
                <w:sz w:val="24"/>
              </w:rPr>
              <w:t>☐</w:t>
            </w:r>
          </w:p>
        </w:tc>
        <w:tc>
          <w:tcPr>
            <w:tcW w:w="9863" w:type="dxa"/>
            <w:tcMar>
              <w:top w:w="40" w:type="dxa"/>
              <w:left w:w="60" w:type="dxa"/>
              <w:bottom w:w="40" w:type="dxa"/>
              <w:right w:w="60" w:type="dxa"/>
            </w:tcMar>
          </w:tcPr>
          <w:p w14:paraId="443222FD" w14:textId="77777777" w:rsidR="009F0DA7" w:rsidRDefault="00000000">
            <w:r>
              <w:rPr>
                <w:sz w:val="19"/>
              </w:rPr>
              <w:t>Other Training* (*specify): _______________________</w:t>
            </w:r>
          </w:p>
        </w:tc>
      </w:tr>
    </w:tbl>
    <w:p w14:paraId="729E596F" w14:textId="77777777" w:rsidR="009F0DA7" w:rsidRDefault="009F0DA7">
      <w:pPr>
        <w:spacing w:after="40"/>
      </w:pPr>
    </w:p>
    <w:p w14:paraId="3FD9FEB8" w14:textId="77777777" w:rsidR="009F0DA7" w:rsidRDefault="00000000">
      <w:r>
        <w:rPr>
          <w:b/>
          <w:sz w:val="19"/>
        </w:rPr>
        <w:t>Training stream (tick one per course – attach a separate sheet if more than one course is proposed):</w:t>
      </w:r>
    </w:p>
    <w:tbl>
      <w:tblPr>
        <w:tblW w:w="10490" w:type="dxa"/>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7"/>
        <w:gridCol w:w="4421"/>
        <w:gridCol w:w="403"/>
        <w:gridCol w:w="5039"/>
      </w:tblGrid>
      <w:tr w:rsidR="009F0DA7" w14:paraId="3DA92F5F" w14:textId="77777777" w:rsidTr="007F3134">
        <w:trPr>
          <w:cantSplit/>
        </w:trPr>
        <w:tc>
          <w:tcPr>
            <w:tcW w:w="627" w:type="dxa"/>
            <w:tcMar>
              <w:top w:w="40" w:type="dxa"/>
              <w:left w:w="60" w:type="dxa"/>
              <w:bottom w:w="40" w:type="dxa"/>
              <w:right w:w="60" w:type="dxa"/>
            </w:tcMar>
          </w:tcPr>
          <w:p w14:paraId="290DBB60" w14:textId="77777777" w:rsidR="009F0DA7" w:rsidRDefault="00000000">
            <w:pPr>
              <w:jc w:val="center"/>
            </w:pPr>
            <w:r>
              <w:rPr>
                <w:sz w:val="24"/>
              </w:rPr>
              <w:lastRenderedPageBreak/>
              <w:t>☐</w:t>
            </w:r>
          </w:p>
        </w:tc>
        <w:tc>
          <w:tcPr>
            <w:tcW w:w="4421" w:type="dxa"/>
            <w:tcMar>
              <w:top w:w="40" w:type="dxa"/>
              <w:left w:w="60" w:type="dxa"/>
              <w:bottom w:w="40" w:type="dxa"/>
              <w:right w:w="60" w:type="dxa"/>
            </w:tcMar>
          </w:tcPr>
          <w:p w14:paraId="0EDA263F" w14:textId="77777777" w:rsidR="009F0DA7" w:rsidRDefault="00000000">
            <w:r>
              <w:rPr>
                <w:sz w:val="19"/>
              </w:rPr>
              <w:t>Initial training</w:t>
            </w:r>
          </w:p>
        </w:tc>
        <w:tc>
          <w:tcPr>
            <w:tcW w:w="403" w:type="dxa"/>
            <w:tcMar>
              <w:top w:w="40" w:type="dxa"/>
              <w:left w:w="60" w:type="dxa"/>
              <w:bottom w:w="40" w:type="dxa"/>
              <w:right w:w="60" w:type="dxa"/>
            </w:tcMar>
          </w:tcPr>
          <w:p w14:paraId="61FA0697" w14:textId="77777777" w:rsidR="009F0DA7" w:rsidRDefault="00000000">
            <w:pPr>
              <w:jc w:val="center"/>
            </w:pPr>
            <w:r>
              <w:rPr>
                <w:sz w:val="24"/>
              </w:rPr>
              <w:t>☐</w:t>
            </w:r>
          </w:p>
        </w:tc>
        <w:tc>
          <w:tcPr>
            <w:tcW w:w="5039" w:type="dxa"/>
            <w:tcMar>
              <w:top w:w="40" w:type="dxa"/>
              <w:left w:w="60" w:type="dxa"/>
              <w:bottom w:w="40" w:type="dxa"/>
              <w:right w:w="60" w:type="dxa"/>
            </w:tcMar>
          </w:tcPr>
          <w:p w14:paraId="4FDBC88A" w14:textId="77777777" w:rsidR="009F0DA7" w:rsidRDefault="00000000">
            <w:r>
              <w:rPr>
                <w:sz w:val="19"/>
              </w:rPr>
              <w:t>Transition training</w:t>
            </w:r>
          </w:p>
        </w:tc>
      </w:tr>
      <w:tr w:rsidR="009F0DA7" w14:paraId="43442346" w14:textId="77777777" w:rsidTr="007F3134">
        <w:trPr>
          <w:cantSplit/>
        </w:trPr>
        <w:tc>
          <w:tcPr>
            <w:tcW w:w="627" w:type="dxa"/>
            <w:tcMar>
              <w:top w:w="40" w:type="dxa"/>
              <w:left w:w="60" w:type="dxa"/>
              <w:bottom w:w="40" w:type="dxa"/>
              <w:right w:w="60" w:type="dxa"/>
            </w:tcMar>
          </w:tcPr>
          <w:p w14:paraId="1E8B362A" w14:textId="77777777" w:rsidR="009F0DA7" w:rsidRDefault="00000000">
            <w:pPr>
              <w:jc w:val="center"/>
            </w:pPr>
            <w:r>
              <w:rPr>
                <w:sz w:val="24"/>
              </w:rPr>
              <w:t>☐</w:t>
            </w:r>
          </w:p>
        </w:tc>
        <w:tc>
          <w:tcPr>
            <w:tcW w:w="4421" w:type="dxa"/>
            <w:tcMar>
              <w:top w:w="40" w:type="dxa"/>
              <w:left w:w="60" w:type="dxa"/>
              <w:bottom w:w="40" w:type="dxa"/>
              <w:right w:w="60" w:type="dxa"/>
            </w:tcMar>
          </w:tcPr>
          <w:p w14:paraId="5DA9BD40" w14:textId="77777777" w:rsidR="009F0DA7" w:rsidRDefault="00000000">
            <w:r>
              <w:rPr>
                <w:sz w:val="19"/>
              </w:rPr>
              <w:t>Upgrade / Command training</w:t>
            </w:r>
          </w:p>
        </w:tc>
        <w:tc>
          <w:tcPr>
            <w:tcW w:w="403" w:type="dxa"/>
            <w:tcMar>
              <w:top w:w="40" w:type="dxa"/>
              <w:left w:w="60" w:type="dxa"/>
              <w:bottom w:w="40" w:type="dxa"/>
              <w:right w:w="60" w:type="dxa"/>
            </w:tcMar>
          </w:tcPr>
          <w:p w14:paraId="53CE31D7" w14:textId="77777777" w:rsidR="009F0DA7" w:rsidRDefault="00000000">
            <w:pPr>
              <w:jc w:val="center"/>
            </w:pPr>
            <w:r>
              <w:rPr>
                <w:sz w:val="24"/>
              </w:rPr>
              <w:t>☐</w:t>
            </w:r>
          </w:p>
        </w:tc>
        <w:tc>
          <w:tcPr>
            <w:tcW w:w="5039" w:type="dxa"/>
            <w:tcMar>
              <w:top w:w="40" w:type="dxa"/>
              <w:left w:w="60" w:type="dxa"/>
              <w:bottom w:w="40" w:type="dxa"/>
              <w:right w:w="60" w:type="dxa"/>
            </w:tcMar>
          </w:tcPr>
          <w:p w14:paraId="285AED08" w14:textId="77777777" w:rsidR="009F0DA7" w:rsidRDefault="00000000">
            <w:r>
              <w:rPr>
                <w:sz w:val="19"/>
              </w:rPr>
              <w:t>Differences training (Level A/B/C/D/E – specify)</w:t>
            </w:r>
          </w:p>
        </w:tc>
      </w:tr>
      <w:tr w:rsidR="009F0DA7" w14:paraId="00CE8AEC" w14:textId="77777777" w:rsidTr="007F3134">
        <w:trPr>
          <w:cantSplit/>
        </w:trPr>
        <w:tc>
          <w:tcPr>
            <w:tcW w:w="627" w:type="dxa"/>
            <w:tcMar>
              <w:top w:w="40" w:type="dxa"/>
              <w:left w:w="60" w:type="dxa"/>
              <w:bottom w:w="40" w:type="dxa"/>
              <w:right w:w="60" w:type="dxa"/>
            </w:tcMar>
          </w:tcPr>
          <w:p w14:paraId="280A0654" w14:textId="77777777" w:rsidR="009F0DA7" w:rsidRDefault="00000000">
            <w:pPr>
              <w:jc w:val="center"/>
            </w:pPr>
            <w:r>
              <w:rPr>
                <w:sz w:val="24"/>
              </w:rPr>
              <w:t>☐</w:t>
            </w:r>
          </w:p>
        </w:tc>
        <w:tc>
          <w:tcPr>
            <w:tcW w:w="4421" w:type="dxa"/>
            <w:tcMar>
              <w:top w:w="40" w:type="dxa"/>
              <w:left w:w="60" w:type="dxa"/>
              <w:bottom w:w="40" w:type="dxa"/>
              <w:right w:w="60" w:type="dxa"/>
            </w:tcMar>
          </w:tcPr>
          <w:p w14:paraId="23A18C73" w14:textId="77777777" w:rsidR="009F0DA7" w:rsidRDefault="00000000">
            <w:r>
              <w:rPr>
                <w:sz w:val="19"/>
              </w:rPr>
              <w:t>Recurrent training</w:t>
            </w:r>
          </w:p>
        </w:tc>
        <w:tc>
          <w:tcPr>
            <w:tcW w:w="403" w:type="dxa"/>
            <w:tcMar>
              <w:top w:w="40" w:type="dxa"/>
              <w:left w:w="60" w:type="dxa"/>
              <w:bottom w:w="40" w:type="dxa"/>
              <w:right w:w="60" w:type="dxa"/>
            </w:tcMar>
          </w:tcPr>
          <w:p w14:paraId="0795D9A5" w14:textId="77777777" w:rsidR="009F0DA7" w:rsidRDefault="00000000">
            <w:pPr>
              <w:jc w:val="center"/>
            </w:pPr>
            <w:r>
              <w:rPr>
                <w:sz w:val="24"/>
              </w:rPr>
              <w:t>☐</w:t>
            </w:r>
          </w:p>
        </w:tc>
        <w:tc>
          <w:tcPr>
            <w:tcW w:w="5039" w:type="dxa"/>
            <w:tcMar>
              <w:top w:w="40" w:type="dxa"/>
              <w:left w:w="60" w:type="dxa"/>
              <w:bottom w:w="40" w:type="dxa"/>
              <w:right w:w="60" w:type="dxa"/>
            </w:tcMar>
          </w:tcPr>
          <w:p w14:paraId="1ACB3575" w14:textId="77777777" w:rsidR="009F0DA7" w:rsidRDefault="00000000">
            <w:r>
              <w:rPr>
                <w:sz w:val="19"/>
              </w:rPr>
              <w:t>Tiered Requalification training</w:t>
            </w:r>
          </w:p>
        </w:tc>
      </w:tr>
    </w:tbl>
    <w:p w14:paraId="0EB422CE" w14:textId="77777777" w:rsidR="009F0DA7" w:rsidRDefault="009F0DA7">
      <w:pPr>
        <w:spacing w:after="40"/>
      </w:pPr>
    </w:p>
    <w:tbl>
      <w:tblPr>
        <w:tblW w:w="10490" w:type="dxa"/>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490"/>
      </w:tblGrid>
      <w:tr w:rsidR="009F0DA7" w14:paraId="276D183B" w14:textId="77777777" w:rsidTr="007F3134">
        <w:trPr>
          <w:cantSplit/>
        </w:trPr>
        <w:tc>
          <w:tcPr>
            <w:tcW w:w="10490" w:type="dxa"/>
            <w:tcMar>
              <w:top w:w="40" w:type="dxa"/>
              <w:left w:w="60" w:type="dxa"/>
              <w:bottom w:w="40" w:type="dxa"/>
              <w:right w:w="60" w:type="dxa"/>
            </w:tcMar>
          </w:tcPr>
          <w:p w14:paraId="2FA7EC9D" w14:textId="77777777" w:rsidR="009F0DA7" w:rsidRDefault="00000000">
            <w:r>
              <w:rPr>
                <w:sz w:val="19"/>
              </w:rPr>
              <w:t>10. Specific TCAA licence, rating or privilege for which completion of the programme is intended to provide credit.</w:t>
            </w:r>
          </w:p>
          <w:p w14:paraId="582D15B8" w14:textId="77777777" w:rsidR="009F0DA7" w:rsidRDefault="009F0DA7"/>
          <w:p w14:paraId="54A70B66" w14:textId="77777777" w:rsidR="009F0DA7" w:rsidRDefault="009F0DA7"/>
        </w:tc>
      </w:tr>
    </w:tbl>
    <w:p w14:paraId="1F47508C" w14:textId="77777777" w:rsidR="009F0DA7" w:rsidRDefault="009F0DA7">
      <w:pPr>
        <w:spacing w:after="40"/>
      </w:pPr>
    </w:p>
    <w:p w14:paraId="0DE9DEC8" w14:textId="77777777" w:rsidR="009F0DA7" w:rsidRDefault="00000000">
      <w:pPr>
        <w:keepNext/>
        <w:pBdr>
          <w:bottom w:val="single" w:sz="6" w:space="2" w:color="1F5C8B"/>
        </w:pBdr>
        <w:spacing w:before="200" w:after="80"/>
      </w:pPr>
      <w:r>
        <w:rPr>
          <w:b/>
          <w:sz w:val="22"/>
        </w:rPr>
        <w:t>SECTION 4: FLIGHT SIMULATION TRAINING DEVICE (FSTD) INFORMATION</w:t>
      </w:r>
    </w:p>
    <w:p w14:paraId="601462EA" w14:textId="77777777" w:rsidR="009F0DA7" w:rsidRDefault="00000000">
      <w:pPr>
        <w:spacing w:after="120"/>
      </w:pPr>
      <w:r>
        <w:rPr>
          <w:i/>
          <w:sz w:val="18"/>
        </w:rPr>
        <w:t>Complete where the proposed training involves the use of an FSTD. Attach the current FSTD qualification certificate(s).</w:t>
      </w:r>
    </w:p>
    <w:tbl>
      <w:tblPr>
        <w:tblW w:w="10490" w:type="dxa"/>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84"/>
        <w:gridCol w:w="1584"/>
        <w:gridCol w:w="2304"/>
        <w:gridCol w:w="2304"/>
        <w:gridCol w:w="1914"/>
      </w:tblGrid>
      <w:tr w:rsidR="009F0DA7" w14:paraId="065CD02B" w14:textId="77777777" w:rsidTr="007F3134">
        <w:trPr>
          <w:cantSplit/>
        </w:trPr>
        <w:tc>
          <w:tcPr>
            <w:tcW w:w="2384" w:type="dxa"/>
            <w:shd w:val="clear" w:color="auto" w:fill="DCE6F1"/>
            <w:tcMar>
              <w:top w:w="40" w:type="dxa"/>
              <w:left w:w="60" w:type="dxa"/>
              <w:bottom w:w="40" w:type="dxa"/>
              <w:right w:w="60" w:type="dxa"/>
            </w:tcMar>
          </w:tcPr>
          <w:p w14:paraId="0923970F" w14:textId="77777777" w:rsidR="009F0DA7" w:rsidRDefault="00000000">
            <w:r>
              <w:rPr>
                <w:b/>
                <w:sz w:val="17"/>
              </w:rPr>
              <w:t>Certifying CAA Assigned ID</w:t>
            </w:r>
          </w:p>
        </w:tc>
        <w:tc>
          <w:tcPr>
            <w:tcW w:w="1584" w:type="dxa"/>
            <w:shd w:val="clear" w:color="auto" w:fill="DCE6F1"/>
            <w:tcMar>
              <w:top w:w="40" w:type="dxa"/>
              <w:left w:w="60" w:type="dxa"/>
              <w:bottom w:w="40" w:type="dxa"/>
              <w:right w:w="60" w:type="dxa"/>
            </w:tcMar>
          </w:tcPr>
          <w:p w14:paraId="3566CB14" w14:textId="77777777" w:rsidR="009F0DA7" w:rsidRDefault="00000000">
            <w:r>
              <w:rPr>
                <w:b/>
                <w:sz w:val="17"/>
              </w:rPr>
              <w:t>Simulator Type (F/F/S)</w:t>
            </w:r>
          </w:p>
        </w:tc>
        <w:tc>
          <w:tcPr>
            <w:tcW w:w="2304" w:type="dxa"/>
            <w:shd w:val="clear" w:color="auto" w:fill="DCE6F1"/>
            <w:tcMar>
              <w:top w:w="40" w:type="dxa"/>
              <w:left w:w="60" w:type="dxa"/>
              <w:bottom w:w="40" w:type="dxa"/>
              <w:right w:w="60" w:type="dxa"/>
            </w:tcMar>
          </w:tcPr>
          <w:p w14:paraId="438993AF" w14:textId="77777777" w:rsidR="009F0DA7" w:rsidRDefault="00000000">
            <w:r>
              <w:rPr>
                <w:b/>
                <w:sz w:val="17"/>
              </w:rPr>
              <w:t>Make, Model &amp; Series of Aircraft Simulated</w:t>
            </w:r>
          </w:p>
        </w:tc>
        <w:tc>
          <w:tcPr>
            <w:tcW w:w="2304" w:type="dxa"/>
            <w:shd w:val="clear" w:color="auto" w:fill="DCE6F1"/>
            <w:tcMar>
              <w:top w:w="40" w:type="dxa"/>
              <w:left w:w="60" w:type="dxa"/>
              <w:bottom w:w="40" w:type="dxa"/>
              <w:right w:w="60" w:type="dxa"/>
            </w:tcMar>
          </w:tcPr>
          <w:p w14:paraId="0FF37D1D" w14:textId="77777777" w:rsidR="009F0DA7" w:rsidRDefault="00000000">
            <w:r>
              <w:rPr>
                <w:b/>
                <w:sz w:val="17"/>
              </w:rPr>
              <w:t>Number of Simulator Units</w:t>
            </w:r>
          </w:p>
        </w:tc>
        <w:tc>
          <w:tcPr>
            <w:tcW w:w="1914" w:type="dxa"/>
            <w:shd w:val="clear" w:color="auto" w:fill="DCE6F1"/>
            <w:tcMar>
              <w:top w:w="40" w:type="dxa"/>
              <w:left w:w="60" w:type="dxa"/>
              <w:bottom w:w="40" w:type="dxa"/>
              <w:right w:w="60" w:type="dxa"/>
            </w:tcMar>
          </w:tcPr>
          <w:p w14:paraId="0B138187" w14:textId="77777777" w:rsidR="009F0DA7" w:rsidRDefault="00000000">
            <w:r>
              <w:rPr>
                <w:b/>
                <w:sz w:val="17"/>
              </w:rPr>
              <w:t>Qualification Level Assigned</w:t>
            </w:r>
          </w:p>
        </w:tc>
      </w:tr>
      <w:tr w:rsidR="009F0DA7" w14:paraId="13EB55BF" w14:textId="77777777" w:rsidTr="007F3134">
        <w:trPr>
          <w:cantSplit/>
        </w:trPr>
        <w:tc>
          <w:tcPr>
            <w:tcW w:w="2384" w:type="dxa"/>
            <w:tcMar>
              <w:top w:w="40" w:type="dxa"/>
              <w:left w:w="60" w:type="dxa"/>
              <w:bottom w:w="40" w:type="dxa"/>
              <w:right w:w="60" w:type="dxa"/>
            </w:tcMar>
          </w:tcPr>
          <w:p w14:paraId="31AAB6F9" w14:textId="77777777" w:rsidR="009F0DA7" w:rsidRDefault="009F0DA7"/>
        </w:tc>
        <w:tc>
          <w:tcPr>
            <w:tcW w:w="1584" w:type="dxa"/>
            <w:tcMar>
              <w:top w:w="40" w:type="dxa"/>
              <w:left w:w="60" w:type="dxa"/>
              <w:bottom w:w="40" w:type="dxa"/>
              <w:right w:w="60" w:type="dxa"/>
            </w:tcMar>
          </w:tcPr>
          <w:p w14:paraId="7D3A2E84" w14:textId="77777777" w:rsidR="009F0DA7" w:rsidRDefault="009F0DA7"/>
        </w:tc>
        <w:tc>
          <w:tcPr>
            <w:tcW w:w="2304" w:type="dxa"/>
            <w:tcMar>
              <w:top w:w="40" w:type="dxa"/>
              <w:left w:w="60" w:type="dxa"/>
              <w:bottom w:w="40" w:type="dxa"/>
              <w:right w:w="60" w:type="dxa"/>
            </w:tcMar>
          </w:tcPr>
          <w:p w14:paraId="3C1789C5" w14:textId="77777777" w:rsidR="009F0DA7" w:rsidRDefault="009F0DA7"/>
        </w:tc>
        <w:tc>
          <w:tcPr>
            <w:tcW w:w="2304" w:type="dxa"/>
            <w:tcMar>
              <w:top w:w="40" w:type="dxa"/>
              <w:left w:w="60" w:type="dxa"/>
              <w:bottom w:w="40" w:type="dxa"/>
              <w:right w:w="60" w:type="dxa"/>
            </w:tcMar>
          </w:tcPr>
          <w:p w14:paraId="6E0D224E" w14:textId="77777777" w:rsidR="009F0DA7" w:rsidRDefault="009F0DA7"/>
        </w:tc>
        <w:tc>
          <w:tcPr>
            <w:tcW w:w="1914" w:type="dxa"/>
            <w:tcMar>
              <w:top w:w="40" w:type="dxa"/>
              <w:left w:w="60" w:type="dxa"/>
              <w:bottom w:w="40" w:type="dxa"/>
              <w:right w:w="60" w:type="dxa"/>
            </w:tcMar>
          </w:tcPr>
          <w:p w14:paraId="08E9FF14" w14:textId="77777777" w:rsidR="009F0DA7" w:rsidRDefault="009F0DA7"/>
        </w:tc>
      </w:tr>
      <w:tr w:rsidR="009F0DA7" w14:paraId="472EC7F3" w14:textId="77777777" w:rsidTr="007F3134">
        <w:trPr>
          <w:cantSplit/>
        </w:trPr>
        <w:tc>
          <w:tcPr>
            <w:tcW w:w="2384" w:type="dxa"/>
            <w:tcMar>
              <w:top w:w="40" w:type="dxa"/>
              <w:left w:w="60" w:type="dxa"/>
              <w:bottom w:w="40" w:type="dxa"/>
              <w:right w:w="60" w:type="dxa"/>
            </w:tcMar>
          </w:tcPr>
          <w:p w14:paraId="46452BB2" w14:textId="77777777" w:rsidR="009F0DA7" w:rsidRDefault="009F0DA7"/>
        </w:tc>
        <w:tc>
          <w:tcPr>
            <w:tcW w:w="1584" w:type="dxa"/>
            <w:tcMar>
              <w:top w:w="40" w:type="dxa"/>
              <w:left w:w="60" w:type="dxa"/>
              <w:bottom w:w="40" w:type="dxa"/>
              <w:right w:w="60" w:type="dxa"/>
            </w:tcMar>
          </w:tcPr>
          <w:p w14:paraId="66AA250D" w14:textId="77777777" w:rsidR="009F0DA7" w:rsidRDefault="009F0DA7"/>
        </w:tc>
        <w:tc>
          <w:tcPr>
            <w:tcW w:w="2304" w:type="dxa"/>
            <w:tcMar>
              <w:top w:w="40" w:type="dxa"/>
              <w:left w:w="60" w:type="dxa"/>
              <w:bottom w:w="40" w:type="dxa"/>
              <w:right w:w="60" w:type="dxa"/>
            </w:tcMar>
          </w:tcPr>
          <w:p w14:paraId="285C5850" w14:textId="77777777" w:rsidR="009F0DA7" w:rsidRDefault="009F0DA7"/>
        </w:tc>
        <w:tc>
          <w:tcPr>
            <w:tcW w:w="2304" w:type="dxa"/>
            <w:tcMar>
              <w:top w:w="40" w:type="dxa"/>
              <w:left w:w="60" w:type="dxa"/>
              <w:bottom w:w="40" w:type="dxa"/>
              <w:right w:w="60" w:type="dxa"/>
            </w:tcMar>
          </w:tcPr>
          <w:p w14:paraId="79B4C0D0" w14:textId="77777777" w:rsidR="009F0DA7" w:rsidRDefault="009F0DA7"/>
        </w:tc>
        <w:tc>
          <w:tcPr>
            <w:tcW w:w="1914" w:type="dxa"/>
            <w:tcMar>
              <w:top w:w="40" w:type="dxa"/>
              <w:left w:w="60" w:type="dxa"/>
              <w:bottom w:w="40" w:type="dxa"/>
              <w:right w:w="60" w:type="dxa"/>
            </w:tcMar>
          </w:tcPr>
          <w:p w14:paraId="2655DDE8" w14:textId="77777777" w:rsidR="009F0DA7" w:rsidRDefault="009F0DA7"/>
        </w:tc>
      </w:tr>
      <w:tr w:rsidR="009F0DA7" w14:paraId="009669E5" w14:textId="77777777" w:rsidTr="007F3134">
        <w:trPr>
          <w:cantSplit/>
        </w:trPr>
        <w:tc>
          <w:tcPr>
            <w:tcW w:w="2384" w:type="dxa"/>
            <w:tcMar>
              <w:top w:w="40" w:type="dxa"/>
              <w:left w:w="60" w:type="dxa"/>
              <w:bottom w:w="40" w:type="dxa"/>
              <w:right w:w="60" w:type="dxa"/>
            </w:tcMar>
          </w:tcPr>
          <w:p w14:paraId="68B997BB" w14:textId="77777777" w:rsidR="009F0DA7" w:rsidRDefault="009F0DA7"/>
        </w:tc>
        <w:tc>
          <w:tcPr>
            <w:tcW w:w="1584" w:type="dxa"/>
            <w:tcMar>
              <w:top w:w="40" w:type="dxa"/>
              <w:left w:w="60" w:type="dxa"/>
              <w:bottom w:w="40" w:type="dxa"/>
              <w:right w:w="60" w:type="dxa"/>
            </w:tcMar>
          </w:tcPr>
          <w:p w14:paraId="32FED4B3" w14:textId="77777777" w:rsidR="009F0DA7" w:rsidRDefault="009F0DA7"/>
        </w:tc>
        <w:tc>
          <w:tcPr>
            <w:tcW w:w="2304" w:type="dxa"/>
            <w:tcMar>
              <w:top w:w="40" w:type="dxa"/>
              <w:left w:w="60" w:type="dxa"/>
              <w:bottom w:w="40" w:type="dxa"/>
              <w:right w:w="60" w:type="dxa"/>
            </w:tcMar>
          </w:tcPr>
          <w:p w14:paraId="7532A2DA" w14:textId="77777777" w:rsidR="009F0DA7" w:rsidRDefault="009F0DA7"/>
        </w:tc>
        <w:tc>
          <w:tcPr>
            <w:tcW w:w="2304" w:type="dxa"/>
            <w:tcMar>
              <w:top w:w="40" w:type="dxa"/>
              <w:left w:w="60" w:type="dxa"/>
              <w:bottom w:w="40" w:type="dxa"/>
              <w:right w:w="60" w:type="dxa"/>
            </w:tcMar>
          </w:tcPr>
          <w:p w14:paraId="329E7E81" w14:textId="77777777" w:rsidR="009F0DA7" w:rsidRDefault="009F0DA7"/>
        </w:tc>
        <w:tc>
          <w:tcPr>
            <w:tcW w:w="1914" w:type="dxa"/>
            <w:tcMar>
              <w:top w:w="40" w:type="dxa"/>
              <w:left w:w="60" w:type="dxa"/>
              <w:bottom w:w="40" w:type="dxa"/>
              <w:right w:w="60" w:type="dxa"/>
            </w:tcMar>
          </w:tcPr>
          <w:p w14:paraId="0567F7B4" w14:textId="77777777" w:rsidR="009F0DA7" w:rsidRDefault="009F0DA7"/>
        </w:tc>
      </w:tr>
    </w:tbl>
    <w:p w14:paraId="25691DD5" w14:textId="77777777" w:rsidR="009F0DA7" w:rsidRDefault="009F0DA7">
      <w:pPr>
        <w:spacing w:after="40"/>
      </w:pPr>
    </w:p>
    <w:p w14:paraId="4CAA2B3A" w14:textId="77777777" w:rsidR="009F0DA7" w:rsidRDefault="00000000">
      <w:pPr>
        <w:keepNext/>
        <w:pBdr>
          <w:bottom w:val="single" w:sz="6" w:space="2" w:color="1F5C8B"/>
        </w:pBdr>
        <w:spacing w:before="200" w:after="80"/>
      </w:pPr>
      <w:r>
        <w:rPr>
          <w:b/>
          <w:sz w:val="22"/>
        </w:rPr>
        <w:t>SECTION 5: SUPPORTING DOCUMENTS ATTACHED</w:t>
      </w:r>
    </w:p>
    <w:p w14:paraId="374933EA" w14:textId="77777777" w:rsidR="009F0DA7" w:rsidRDefault="00000000">
      <w:pPr>
        <w:spacing w:after="120"/>
      </w:pPr>
      <w:r>
        <w:rPr>
          <w:i/>
          <w:sz w:val="18"/>
        </w:rPr>
        <w:t>Tick each document enclosed with this application, in accordance with TCAA-OA-TO-PEL-049A, Section 7.0, Step 1.</w:t>
      </w:r>
    </w:p>
    <w:tbl>
      <w:tblPr>
        <w:tblW w:w="10490" w:type="dxa"/>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7"/>
        <w:gridCol w:w="9863"/>
      </w:tblGrid>
      <w:tr w:rsidR="009F0DA7" w14:paraId="39D31D2B" w14:textId="77777777" w:rsidTr="007F3134">
        <w:trPr>
          <w:cantSplit/>
        </w:trPr>
        <w:tc>
          <w:tcPr>
            <w:tcW w:w="627" w:type="dxa"/>
            <w:tcMar>
              <w:top w:w="40" w:type="dxa"/>
              <w:left w:w="60" w:type="dxa"/>
              <w:bottom w:w="40" w:type="dxa"/>
              <w:right w:w="60" w:type="dxa"/>
            </w:tcMar>
          </w:tcPr>
          <w:p w14:paraId="0E596018" w14:textId="77777777" w:rsidR="009F0DA7" w:rsidRDefault="00000000">
            <w:pPr>
              <w:jc w:val="center"/>
            </w:pPr>
            <w:r>
              <w:rPr>
                <w:sz w:val="24"/>
              </w:rPr>
              <w:t>☐</w:t>
            </w:r>
          </w:p>
        </w:tc>
        <w:tc>
          <w:tcPr>
            <w:tcW w:w="9863" w:type="dxa"/>
            <w:tcMar>
              <w:top w:w="40" w:type="dxa"/>
              <w:left w:w="60" w:type="dxa"/>
              <w:bottom w:w="40" w:type="dxa"/>
              <w:right w:w="60" w:type="dxa"/>
            </w:tcMar>
          </w:tcPr>
          <w:p w14:paraId="15C82228" w14:textId="77777777" w:rsidR="009F0DA7" w:rsidRDefault="00000000">
            <w:r>
              <w:rPr>
                <w:sz w:val="19"/>
              </w:rPr>
              <w:t>Current Foreign ATO approval certificate, issued by the Certifying CAA</w:t>
            </w:r>
          </w:p>
        </w:tc>
      </w:tr>
      <w:tr w:rsidR="009F0DA7" w14:paraId="4997C639" w14:textId="77777777" w:rsidTr="007F3134">
        <w:trPr>
          <w:cantSplit/>
        </w:trPr>
        <w:tc>
          <w:tcPr>
            <w:tcW w:w="627" w:type="dxa"/>
            <w:tcMar>
              <w:top w:w="40" w:type="dxa"/>
              <w:left w:w="60" w:type="dxa"/>
              <w:bottom w:w="40" w:type="dxa"/>
              <w:right w:w="60" w:type="dxa"/>
            </w:tcMar>
          </w:tcPr>
          <w:p w14:paraId="7312BCC8" w14:textId="77777777" w:rsidR="009F0DA7" w:rsidRDefault="00000000">
            <w:pPr>
              <w:jc w:val="center"/>
            </w:pPr>
            <w:r>
              <w:rPr>
                <w:sz w:val="24"/>
              </w:rPr>
              <w:t>☐</w:t>
            </w:r>
          </w:p>
        </w:tc>
        <w:tc>
          <w:tcPr>
            <w:tcW w:w="9863" w:type="dxa"/>
            <w:tcMar>
              <w:top w:w="40" w:type="dxa"/>
              <w:left w:w="60" w:type="dxa"/>
              <w:bottom w:w="40" w:type="dxa"/>
              <w:right w:w="60" w:type="dxa"/>
            </w:tcMar>
          </w:tcPr>
          <w:p w14:paraId="30E12D68" w14:textId="77777777" w:rsidR="009F0DA7" w:rsidRDefault="00000000">
            <w:r>
              <w:rPr>
                <w:sz w:val="19"/>
              </w:rPr>
              <w:t>FSTD approval/qualification certificate(s), where applicable</w:t>
            </w:r>
          </w:p>
        </w:tc>
      </w:tr>
      <w:tr w:rsidR="009F0DA7" w14:paraId="40635838" w14:textId="77777777" w:rsidTr="007F3134">
        <w:trPr>
          <w:cantSplit/>
        </w:trPr>
        <w:tc>
          <w:tcPr>
            <w:tcW w:w="627" w:type="dxa"/>
            <w:tcMar>
              <w:top w:w="40" w:type="dxa"/>
              <w:left w:w="60" w:type="dxa"/>
              <w:bottom w:w="40" w:type="dxa"/>
              <w:right w:w="60" w:type="dxa"/>
            </w:tcMar>
          </w:tcPr>
          <w:p w14:paraId="5E9C5192" w14:textId="77777777" w:rsidR="009F0DA7" w:rsidRDefault="00000000">
            <w:pPr>
              <w:jc w:val="center"/>
            </w:pPr>
            <w:r>
              <w:rPr>
                <w:sz w:val="24"/>
              </w:rPr>
              <w:t>☐</w:t>
            </w:r>
          </w:p>
        </w:tc>
        <w:tc>
          <w:tcPr>
            <w:tcW w:w="9863" w:type="dxa"/>
            <w:tcMar>
              <w:top w:w="40" w:type="dxa"/>
              <w:left w:w="60" w:type="dxa"/>
              <w:bottom w:w="40" w:type="dxa"/>
              <w:right w:w="60" w:type="dxa"/>
            </w:tcMar>
          </w:tcPr>
          <w:p w14:paraId="2DF23837" w14:textId="77777777" w:rsidR="009F0DA7" w:rsidRDefault="00000000">
            <w:r>
              <w:rPr>
                <w:sz w:val="19"/>
              </w:rPr>
              <w:t>Training and Procedures Manual</w:t>
            </w:r>
          </w:p>
        </w:tc>
      </w:tr>
      <w:tr w:rsidR="009F0DA7" w14:paraId="3AA9CAD5" w14:textId="77777777" w:rsidTr="007F3134">
        <w:trPr>
          <w:cantSplit/>
        </w:trPr>
        <w:tc>
          <w:tcPr>
            <w:tcW w:w="627" w:type="dxa"/>
            <w:tcMar>
              <w:top w:w="40" w:type="dxa"/>
              <w:left w:w="60" w:type="dxa"/>
              <w:bottom w:w="40" w:type="dxa"/>
              <w:right w:w="60" w:type="dxa"/>
            </w:tcMar>
          </w:tcPr>
          <w:p w14:paraId="3E3C25B3" w14:textId="77777777" w:rsidR="009F0DA7" w:rsidRDefault="00000000">
            <w:pPr>
              <w:jc w:val="center"/>
            </w:pPr>
            <w:r>
              <w:rPr>
                <w:sz w:val="24"/>
              </w:rPr>
              <w:t>☐</w:t>
            </w:r>
          </w:p>
        </w:tc>
        <w:tc>
          <w:tcPr>
            <w:tcW w:w="9863" w:type="dxa"/>
            <w:tcMar>
              <w:top w:w="40" w:type="dxa"/>
              <w:left w:w="60" w:type="dxa"/>
              <w:bottom w:w="40" w:type="dxa"/>
              <w:right w:w="60" w:type="dxa"/>
            </w:tcMar>
          </w:tcPr>
          <w:p w14:paraId="247F1733" w14:textId="77777777" w:rsidR="009F0DA7" w:rsidRDefault="00000000">
            <w:r>
              <w:rPr>
                <w:sz w:val="19"/>
              </w:rPr>
              <w:t>Training Programme / Course Syllabus</w:t>
            </w:r>
          </w:p>
        </w:tc>
      </w:tr>
      <w:tr w:rsidR="009F0DA7" w14:paraId="3DF5231A" w14:textId="77777777" w:rsidTr="007F3134">
        <w:trPr>
          <w:cantSplit/>
        </w:trPr>
        <w:tc>
          <w:tcPr>
            <w:tcW w:w="627" w:type="dxa"/>
            <w:tcMar>
              <w:top w:w="40" w:type="dxa"/>
              <w:left w:w="60" w:type="dxa"/>
              <w:bottom w:w="40" w:type="dxa"/>
              <w:right w:w="60" w:type="dxa"/>
            </w:tcMar>
          </w:tcPr>
          <w:p w14:paraId="1ED715E9" w14:textId="77777777" w:rsidR="009F0DA7" w:rsidRDefault="00000000">
            <w:pPr>
              <w:jc w:val="center"/>
            </w:pPr>
            <w:r>
              <w:rPr>
                <w:sz w:val="24"/>
              </w:rPr>
              <w:lastRenderedPageBreak/>
              <w:t>☐</w:t>
            </w:r>
          </w:p>
        </w:tc>
        <w:tc>
          <w:tcPr>
            <w:tcW w:w="9863" w:type="dxa"/>
            <w:tcMar>
              <w:top w:w="40" w:type="dxa"/>
              <w:left w:w="60" w:type="dxa"/>
              <w:bottom w:w="40" w:type="dxa"/>
              <w:right w:w="60" w:type="dxa"/>
            </w:tcMar>
          </w:tcPr>
          <w:p w14:paraId="3C705EE4" w14:textId="77777777" w:rsidR="009F0DA7" w:rsidRDefault="00000000">
            <w:r>
              <w:rPr>
                <w:sz w:val="19"/>
              </w:rPr>
              <w:t>Quality Manual</w:t>
            </w:r>
          </w:p>
        </w:tc>
      </w:tr>
      <w:tr w:rsidR="009F0DA7" w14:paraId="77220476" w14:textId="77777777" w:rsidTr="007F3134">
        <w:trPr>
          <w:cantSplit/>
        </w:trPr>
        <w:tc>
          <w:tcPr>
            <w:tcW w:w="627" w:type="dxa"/>
            <w:tcMar>
              <w:top w:w="40" w:type="dxa"/>
              <w:left w:w="60" w:type="dxa"/>
              <w:bottom w:w="40" w:type="dxa"/>
              <w:right w:w="60" w:type="dxa"/>
            </w:tcMar>
          </w:tcPr>
          <w:p w14:paraId="005060DC" w14:textId="77777777" w:rsidR="009F0DA7" w:rsidRDefault="00000000">
            <w:pPr>
              <w:jc w:val="center"/>
            </w:pPr>
            <w:r>
              <w:rPr>
                <w:sz w:val="24"/>
              </w:rPr>
              <w:t>☐</w:t>
            </w:r>
          </w:p>
        </w:tc>
        <w:tc>
          <w:tcPr>
            <w:tcW w:w="9863" w:type="dxa"/>
            <w:tcMar>
              <w:top w:w="40" w:type="dxa"/>
              <w:left w:w="60" w:type="dxa"/>
              <w:bottom w:w="40" w:type="dxa"/>
              <w:right w:w="60" w:type="dxa"/>
            </w:tcMar>
          </w:tcPr>
          <w:p w14:paraId="26A0852E" w14:textId="77777777" w:rsidR="009F0DA7" w:rsidRDefault="00000000">
            <w:r>
              <w:rPr>
                <w:sz w:val="19"/>
              </w:rPr>
              <w:t>Safety Management System (SMS) Manual and relevant risk assessments, where applicable</w:t>
            </w:r>
          </w:p>
        </w:tc>
      </w:tr>
      <w:tr w:rsidR="009F0DA7" w14:paraId="7FEB7E2A" w14:textId="77777777" w:rsidTr="007F3134">
        <w:trPr>
          <w:cantSplit/>
        </w:trPr>
        <w:tc>
          <w:tcPr>
            <w:tcW w:w="627" w:type="dxa"/>
            <w:tcMar>
              <w:top w:w="40" w:type="dxa"/>
              <w:left w:w="60" w:type="dxa"/>
              <w:bottom w:w="40" w:type="dxa"/>
              <w:right w:w="60" w:type="dxa"/>
            </w:tcMar>
          </w:tcPr>
          <w:p w14:paraId="6F12076B" w14:textId="77777777" w:rsidR="009F0DA7" w:rsidRDefault="00000000">
            <w:pPr>
              <w:jc w:val="center"/>
            </w:pPr>
            <w:r>
              <w:rPr>
                <w:sz w:val="24"/>
              </w:rPr>
              <w:t>☐</w:t>
            </w:r>
          </w:p>
        </w:tc>
        <w:tc>
          <w:tcPr>
            <w:tcW w:w="9863" w:type="dxa"/>
            <w:tcMar>
              <w:top w:w="40" w:type="dxa"/>
              <w:left w:w="60" w:type="dxa"/>
              <w:bottom w:w="40" w:type="dxa"/>
              <w:right w:w="60" w:type="dxa"/>
            </w:tcMar>
          </w:tcPr>
          <w:p w14:paraId="21B38B16" w14:textId="77777777" w:rsidR="009F0DA7" w:rsidRDefault="00000000">
            <w:r>
              <w:rPr>
                <w:sz w:val="19"/>
              </w:rPr>
              <w:t>Compliance matrix/checklist and gap analysis (Certifying CAA vs. TCAA requirements)</w:t>
            </w:r>
          </w:p>
        </w:tc>
      </w:tr>
      <w:tr w:rsidR="009F0DA7" w14:paraId="2050F2E0" w14:textId="77777777" w:rsidTr="007F3134">
        <w:trPr>
          <w:cantSplit/>
        </w:trPr>
        <w:tc>
          <w:tcPr>
            <w:tcW w:w="627" w:type="dxa"/>
            <w:tcMar>
              <w:top w:w="40" w:type="dxa"/>
              <w:left w:w="60" w:type="dxa"/>
              <w:bottom w:w="40" w:type="dxa"/>
              <w:right w:w="60" w:type="dxa"/>
            </w:tcMar>
          </w:tcPr>
          <w:p w14:paraId="085413C9" w14:textId="77777777" w:rsidR="009F0DA7" w:rsidRDefault="00000000">
            <w:pPr>
              <w:jc w:val="center"/>
            </w:pPr>
            <w:r>
              <w:rPr>
                <w:sz w:val="24"/>
              </w:rPr>
              <w:t>☐</w:t>
            </w:r>
          </w:p>
        </w:tc>
        <w:tc>
          <w:tcPr>
            <w:tcW w:w="9863" w:type="dxa"/>
            <w:tcMar>
              <w:top w:w="40" w:type="dxa"/>
              <w:left w:w="60" w:type="dxa"/>
              <w:bottom w:w="40" w:type="dxa"/>
              <w:right w:w="60" w:type="dxa"/>
            </w:tcMar>
          </w:tcPr>
          <w:p w14:paraId="1C87C9AF" w14:textId="77777777" w:rsidR="009F0DA7" w:rsidRDefault="00000000">
            <w:r>
              <w:rPr>
                <w:sz w:val="19"/>
              </w:rPr>
              <w:t>TCAA Training Supplement, where applicable</w:t>
            </w:r>
          </w:p>
        </w:tc>
      </w:tr>
      <w:tr w:rsidR="009F0DA7" w14:paraId="75DA9015" w14:textId="77777777" w:rsidTr="007F3134">
        <w:trPr>
          <w:cantSplit/>
        </w:trPr>
        <w:tc>
          <w:tcPr>
            <w:tcW w:w="627" w:type="dxa"/>
            <w:tcMar>
              <w:top w:w="40" w:type="dxa"/>
              <w:left w:w="60" w:type="dxa"/>
              <w:bottom w:w="40" w:type="dxa"/>
              <w:right w:w="60" w:type="dxa"/>
            </w:tcMar>
          </w:tcPr>
          <w:p w14:paraId="5C824CF8" w14:textId="77777777" w:rsidR="009F0DA7" w:rsidRDefault="00000000">
            <w:pPr>
              <w:jc w:val="center"/>
            </w:pPr>
            <w:r>
              <w:rPr>
                <w:sz w:val="24"/>
              </w:rPr>
              <w:t>☐</w:t>
            </w:r>
          </w:p>
        </w:tc>
        <w:tc>
          <w:tcPr>
            <w:tcW w:w="9863" w:type="dxa"/>
            <w:tcMar>
              <w:top w:w="40" w:type="dxa"/>
              <w:left w:w="60" w:type="dxa"/>
              <w:bottom w:w="40" w:type="dxa"/>
              <w:right w:w="60" w:type="dxa"/>
            </w:tcMar>
          </w:tcPr>
          <w:p w14:paraId="0DCFBEE2" w14:textId="77777777" w:rsidR="009F0DA7" w:rsidRDefault="00000000">
            <w:r>
              <w:rPr>
                <w:sz w:val="19"/>
              </w:rPr>
              <w:t>Instructor and examiner/evaluator qualification and authorization records</w:t>
            </w:r>
          </w:p>
        </w:tc>
      </w:tr>
      <w:tr w:rsidR="009F0DA7" w14:paraId="7F103CF4" w14:textId="77777777" w:rsidTr="007F3134">
        <w:trPr>
          <w:cantSplit/>
        </w:trPr>
        <w:tc>
          <w:tcPr>
            <w:tcW w:w="627" w:type="dxa"/>
            <w:tcMar>
              <w:top w:w="40" w:type="dxa"/>
              <w:left w:w="60" w:type="dxa"/>
              <w:bottom w:w="40" w:type="dxa"/>
              <w:right w:w="60" w:type="dxa"/>
            </w:tcMar>
          </w:tcPr>
          <w:p w14:paraId="5CD6675E" w14:textId="77777777" w:rsidR="009F0DA7" w:rsidRDefault="00000000">
            <w:pPr>
              <w:jc w:val="center"/>
            </w:pPr>
            <w:r>
              <w:rPr>
                <w:sz w:val="24"/>
              </w:rPr>
              <w:t>☐</w:t>
            </w:r>
          </w:p>
        </w:tc>
        <w:tc>
          <w:tcPr>
            <w:tcW w:w="9863" w:type="dxa"/>
            <w:tcMar>
              <w:top w:w="40" w:type="dxa"/>
              <w:left w:w="60" w:type="dxa"/>
              <w:bottom w:w="40" w:type="dxa"/>
              <w:right w:w="60" w:type="dxa"/>
            </w:tcMar>
          </w:tcPr>
          <w:p w14:paraId="2848772A" w14:textId="77777777" w:rsidR="009F0DA7" w:rsidRDefault="00000000">
            <w:r>
              <w:rPr>
                <w:sz w:val="19"/>
              </w:rPr>
              <w:t>Aircraft and maintenance information, where flight operations are involved</w:t>
            </w:r>
          </w:p>
        </w:tc>
      </w:tr>
      <w:tr w:rsidR="009F0DA7" w14:paraId="726194DC" w14:textId="77777777" w:rsidTr="007F3134">
        <w:trPr>
          <w:cantSplit/>
        </w:trPr>
        <w:tc>
          <w:tcPr>
            <w:tcW w:w="627" w:type="dxa"/>
            <w:tcMar>
              <w:top w:w="40" w:type="dxa"/>
              <w:left w:w="60" w:type="dxa"/>
              <w:bottom w:w="40" w:type="dxa"/>
              <w:right w:w="60" w:type="dxa"/>
            </w:tcMar>
          </w:tcPr>
          <w:p w14:paraId="2CFF4D69" w14:textId="77777777" w:rsidR="009F0DA7" w:rsidRDefault="00000000">
            <w:pPr>
              <w:jc w:val="center"/>
            </w:pPr>
            <w:r>
              <w:rPr>
                <w:sz w:val="24"/>
              </w:rPr>
              <w:t>☐</w:t>
            </w:r>
          </w:p>
        </w:tc>
        <w:tc>
          <w:tcPr>
            <w:tcW w:w="9863" w:type="dxa"/>
            <w:tcMar>
              <w:top w:w="40" w:type="dxa"/>
              <w:left w:w="60" w:type="dxa"/>
              <w:bottom w:w="40" w:type="dxa"/>
              <w:right w:w="60" w:type="dxa"/>
            </w:tcMar>
          </w:tcPr>
          <w:p w14:paraId="594976DB" w14:textId="77777777" w:rsidR="009F0DA7" w:rsidRDefault="00000000">
            <w:r>
              <w:rPr>
                <w:sz w:val="19"/>
              </w:rPr>
              <w:t>Plan for addressing identified differences in instructor/evaluator qualifications</w:t>
            </w:r>
          </w:p>
        </w:tc>
      </w:tr>
      <w:tr w:rsidR="009F0DA7" w14:paraId="451D697C" w14:textId="77777777" w:rsidTr="007F3134">
        <w:trPr>
          <w:cantSplit/>
        </w:trPr>
        <w:tc>
          <w:tcPr>
            <w:tcW w:w="627" w:type="dxa"/>
            <w:tcMar>
              <w:top w:w="40" w:type="dxa"/>
              <w:left w:w="60" w:type="dxa"/>
              <w:bottom w:w="40" w:type="dxa"/>
              <w:right w:w="60" w:type="dxa"/>
            </w:tcMar>
          </w:tcPr>
          <w:p w14:paraId="2498ABF1" w14:textId="77777777" w:rsidR="009F0DA7" w:rsidRDefault="00000000">
            <w:pPr>
              <w:jc w:val="center"/>
            </w:pPr>
            <w:r>
              <w:rPr>
                <w:sz w:val="24"/>
              </w:rPr>
              <w:t>☐</w:t>
            </w:r>
          </w:p>
        </w:tc>
        <w:tc>
          <w:tcPr>
            <w:tcW w:w="9863" w:type="dxa"/>
            <w:tcMar>
              <w:top w:w="40" w:type="dxa"/>
              <w:left w:w="60" w:type="dxa"/>
              <w:bottom w:w="40" w:type="dxa"/>
              <w:right w:w="60" w:type="dxa"/>
            </w:tcMar>
          </w:tcPr>
          <w:p w14:paraId="1009054F" w14:textId="77777777" w:rsidR="009F0DA7" w:rsidRDefault="00000000">
            <w:r>
              <w:rPr>
                <w:sz w:val="19"/>
              </w:rPr>
              <w:t>Evidence of payment of the prescribed application fee</w:t>
            </w:r>
          </w:p>
        </w:tc>
      </w:tr>
      <w:tr w:rsidR="009F0DA7" w14:paraId="57020235" w14:textId="77777777" w:rsidTr="007F3134">
        <w:trPr>
          <w:cantSplit/>
        </w:trPr>
        <w:tc>
          <w:tcPr>
            <w:tcW w:w="627" w:type="dxa"/>
            <w:tcMar>
              <w:top w:w="40" w:type="dxa"/>
              <w:left w:w="60" w:type="dxa"/>
              <w:bottom w:w="40" w:type="dxa"/>
              <w:right w:w="60" w:type="dxa"/>
            </w:tcMar>
          </w:tcPr>
          <w:p w14:paraId="1464A652" w14:textId="77777777" w:rsidR="009F0DA7" w:rsidRDefault="00000000">
            <w:pPr>
              <w:jc w:val="center"/>
            </w:pPr>
            <w:r>
              <w:rPr>
                <w:sz w:val="24"/>
              </w:rPr>
              <w:t>☐</w:t>
            </w:r>
          </w:p>
        </w:tc>
        <w:tc>
          <w:tcPr>
            <w:tcW w:w="9863" w:type="dxa"/>
            <w:tcMar>
              <w:top w:w="40" w:type="dxa"/>
              <w:left w:w="60" w:type="dxa"/>
              <w:bottom w:w="40" w:type="dxa"/>
              <w:right w:w="60" w:type="dxa"/>
            </w:tcMar>
          </w:tcPr>
          <w:p w14:paraId="744D5D52" w14:textId="77777777" w:rsidR="009F0DA7" w:rsidRDefault="00000000">
            <w:r>
              <w:rPr>
                <w:sz w:val="19"/>
              </w:rPr>
              <w:t>Biodata of management personnel</w:t>
            </w:r>
          </w:p>
        </w:tc>
      </w:tr>
      <w:tr w:rsidR="009F0DA7" w14:paraId="42E84709" w14:textId="77777777" w:rsidTr="007F3134">
        <w:trPr>
          <w:cantSplit/>
        </w:trPr>
        <w:tc>
          <w:tcPr>
            <w:tcW w:w="627" w:type="dxa"/>
            <w:tcMar>
              <w:top w:w="40" w:type="dxa"/>
              <w:left w:w="60" w:type="dxa"/>
              <w:bottom w:w="40" w:type="dxa"/>
              <w:right w:w="60" w:type="dxa"/>
            </w:tcMar>
          </w:tcPr>
          <w:p w14:paraId="031B88FE" w14:textId="77777777" w:rsidR="009F0DA7" w:rsidRDefault="00000000">
            <w:pPr>
              <w:jc w:val="center"/>
            </w:pPr>
            <w:r>
              <w:rPr>
                <w:sz w:val="24"/>
              </w:rPr>
              <w:t>☐</w:t>
            </w:r>
          </w:p>
        </w:tc>
        <w:tc>
          <w:tcPr>
            <w:tcW w:w="9863" w:type="dxa"/>
            <w:tcMar>
              <w:top w:w="40" w:type="dxa"/>
              <w:left w:w="60" w:type="dxa"/>
              <w:bottom w:w="40" w:type="dxa"/>
              <w:right w:w="60" w:type="dxa"/>
            </w:tcMar>
          </w:tcPr>
          <w:p w14:paraId="526334AA" w14:textId="77777777" w:rsidR="009F0DA7" w:rsidRDefault="00000000">
            <w:r>
              <w:rPr>
                <w:sz w:val="19"/>
              </w:rPr>
              <w:t>Any other supporting documentation required by TCAA</w:t>
            </w:r>
          </w:p>
        </w:tc>
      </w:tr>
    </w:tbl>
    <w:p w14:paraId="63F9F69D" w14:textId="77777777" w:rsidR="009F0DA7" w:rsidRDefault="009F0DA7">
      <w:pPr>
        <w:spacing w:after="40"/>
      </w:pPr>
    </w:p>
    <w:p w14:paraId="0776D6C8" w14:textId="77777777" w:rsidR="009F0DA7" w:rsidRDefault="00000000">
      <w:pPr>
        <w:keepNext/>
        <w:pBdr>
          <w:bottom w:val="single" w:sz="6" w:space="2" w:color="1F5C8B"/>
        </w:pBdr>
        <w:spacing w:before="200" w:after="80"/>
      </w:pPr>
      <w:r>
        <w:rPr>
          <w:b/>
          <w:sz w:val="22"/>
        </w:rPr>
        <w:t>SECTION 6: ADDITIONAL INFORMATION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48"/>
      </w:tblGrid>
      <w:tr w:rsidR="009F0DA7" w14:paraId="4E248989" w14:textId="77777777">
        <w:trPr>
          <w:cantSplit/>
        </w:trPr>
        <w:tc>
          <w:tcPr>
            <w:tcW w:w="9648" w:type="dxa"/>
            <w:tcMar>
              <w:top w:w="40" w:type="dxa"/>
              <w:left w:w="60" w:type="dxa"/>
              <w:bottom w:w="40" w:type="dxa"/>
              <w:right w:w="60" w:type="dxa"/>
            </w:tcMar>
          </w:tcPr>
          <w:p w14:paraId="751A5FCA" w14:textId="77777777" w:rsidR="009F0DA7" w:rsidRDefault="00000000">
            <w:r>
              <w:rPr>
                <w:sz w:val="19"/>
              </w:rPr>
              <w:t>11. Additional information that provides a better understanding of the proposed training arrangement (attach additional sheets, if necessary).</w:t>
            </w:r>
          </w:p>
          <w:p w14:paraId="0FD9BDE0" w14:textId="77777777" w:rsidR="009F0DA7" w:rsidRDefault="009F0DA7"/>
          <w:p w14:paraId="2F55E6A9" w14:textId="77777777" w:rsidR="009F0DA7" w:rsidRDefault="009F0DA7"/>
          <w:p w14:paraId="0D7EA249" w14:textId="77777777" w:rsidR="009F0DA7" w:rsidRDefault="009F0DA7"/>
        </w:tc>
      </w:tr>
    </w:tbl>
    <w:p w14:paraId="6ABD1D64" w14:textId="77777777" w:rsidR="009F0DA7" w:rsidRDefault="009F0DA7">
      <w:pPr>
        <w:spacing w:after="40"/>
      </w:pPr>
    </w:p>
    <w:p w14:paraId="741D703F" w14:textId="77777777" w:rsidR="009F0DA7" w:rsidRDefault="00000000">
      <w:pPr>
        <w:keepNext/>
        <w:pBdr>
          <w:bottom w:val="single" w:sz="6" w:space="2" w:color="1F5C8B"/>
        </w:pBdr>
        <w:spacing w:before="200" w:after="80"/>
      </w:pPr>
      <w:r>
        <w:rPr>
          <w:b/>
          <w:sz w:val="22"/>
        </w:rPr>
        <w:t>SECTION 7: STATEMENT BY ACCOUNTABLE MANAGER / APPLICANT</w:t>
      </w:r>
    </w:p>
    <w:p w14:paraId="286828CF" w14:textId="6C85D8E7" w:rsidR="009F0DA7" w:rsidRDefault="00000000">
      <w:r>
        <w:rPr>
          <w:sz w:val="19"/>
        </w:rPr>
        <w:t xml:space="preserve">The details in this form, its attachments and accompanying documents are submitted in support of an application for TCAA approval of the Foreign Approved Training Organization, training programme(s) and associated FSTDs/instructors named above. I confirm that the information provided is complete and accurate to the best of my knowledge, and I shall notify the </w:t>
      </w:r>
      <w:r>
        <w:rPr>
          <w:sz w:val="19"/>
        </w:rPr>
        <w:lastRenderedPageBreak/>
        <w:t>Authority within 30 days of any change to the management positions, Foreign ATO approval status, or training arrangements described in this application.</w:t>
      </w:r>
    </w:p>
    <w:tbl>
      <w:tblPr>
        <w:tblW w:w="10490" w:type="dxa"/>
        <w:tblInd w:w="-224"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Look w:val="04A0" w:firstRow="1" w:lastRow="0" w:firstColumn="1" w:lastColumn="0" w:noHBand="0" w:noVBand="1"/>
      </w:tblPr>
      <w:tblGrid>
        <w:gridCol w:w="5048"/>
        <w:gridCol w:w="5442"/>
      </w:tblGrid>
      <w:tr w:rsidR="009F0DA7" w14:paraId="0445F1B8" w14:textId="77777777" w:rsidTr="007F3134">
        <w:tc>
          <w:tcPr>
            <w:tcW w:w="5048" w:type="dxa"/>
            <w:tcMar>
              <w:top w:w="100" w:type="dxa"/>
              <w:left w:w="60" w:type="dxa"/>
              <w:bottom w:w="40" w:type="dxa"/>
              <w:right w:w="60" w:type="dxa"/>
            </w:tcMar>
          </w:tcPr>
          <w:p w14:paraId="3EF253DB" w14:textId="77777777" w:rsidR="009F0DA7" w:rsidRDefault="00000000">
            <w:r>
              <w:rPr>
                <w:sz w:val="19"/>
              </w:rPr>
              <w:t>Name: ______________________</w:t>
            </w:r>
          </w:p>
        </w:tc>
        <w:tc>
          <w:tcPr>
            <w:tcW w:w="5442" w:type="dxa"/>
            <w:tcMar>
              <w:top w:w="100" w:type="dxa"/>
              <w:left w:w="60" w:type="dxa"/>
              <w:bottom w:w="40" w:type="dxa"/>
              <w:right w:w="60" w:type="dxa"/>
            </w:tcMar>
          </w:tcPr>
          <w:p w14:paraId="7187DD69" w14:textId="77777777" w:rsidR="009F0DA7" w:rsidRDefault="00000000">
            <w:r>
              <w:rPr>
                <w:sz w:val="19"/>
              </w:rPr>
              <w:t>Position: ______________________</w:t>
            </w:r>
          </w:p>
        </w:tc>
      </w:tr>
      <w:tr w:rsidR="009F0DA7" w14:paraId="4240331B" w14:textId="77777777" w:rsidTr="007F3134">
        <w:tc>
          <w:tcPr>
            <w:tcW w:w="5048" w:type="dxa"/>
            <w:tcMar>
              <w:top w:w="100" w:type="dxa"/>
              <w:left w:w="60" w:type="dxa"/>
              <w:bottom w:w="40" w:type="dxa"/>
              <w:right w:w="60" w:type="dxa"/>
            </w:tcMar>
          </w:tcPr>
          <w:p w14:paraId="0A56DAF7" w14:textId="77777777" w:rsidR="009F0DA7" w:rsidRDefault="00000000">
            <w:r>
              <w:rPr>
                <w:sz w:val="19"/>
              </w:rPr>
              <w:t>Signature: ______________________</w:t>
            </w:r>
          </w:p>
        </w:tc>
        <w:tc>
          <w:tcPr>
            <w:tcW w:w="5442" w:type="dxa"/>
            <w:tcMar>
              <w:top w:w="100" w:type="dxa"/>
              <w:left w:w="60" w:type="dxa"/>
              <w:bottom w:w="40" w:type="dxa"/>
              <w:right w:w="60" w:type="dxa"/>
            </w:tcMar>
          </w:tcPr>
          <w:p w14:paraId="411AF545" w14:textId="77777777" w:rsidR="009F0DA7" w:rsidRDefault="00000000">
            <w:r>
              <w:rPr>
                <w:sz w:val="19"/>
              </w:rPr>
              <w:t>Date (dd/mm/yy): ______________________</w:t>
            </w:r>
          </w:p>
        </w:tc>
      </w:tr>
    </w:tbl>
    <w:p w14:paraId="246E11EF" w14:textId="77777777" w:rsidR="009F0DA7" w:rsidRDefault="009F0DA7">
      <w:pPr>
        <w:spacing w:after="40"/>
      </w:pPr>
    </w:p>
    <w:p w14:paraId="2DB2CE00" w14:textId="77777777" w:rsidR="009F0DA7" w:rsidRDefault="00000000">
      <w:pPr>
        <w:keepNext/>
        <w:pBdr>
          <w:bottom w:val="single" w:sz="6" w:space="2" w:color="1F5C8B"/>
        </w:pBdr>
        <w:spacing w:before="200" w:after="80"/>
      </w:pPr>
      <w:r>
        <w:rPr>
          <w:b/>
          <w:sz w:val="22"/>
        </w:rPr>
        <w:t>SECTION 8: FOR TCAA USE ONLY</w:t>
      </w:r>
    </w:p>
    <w:tbl>
      <w:tblPr>
        <w:tblW w:w="10490" w:type="dxa"/>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04"/>
        <w:gridCol w:w="2304"/>
        <w:gridCol w:w="2880"/>
        <w:gridCol w:w="2202"/>
      </w:tblGrid>
      <w:tr w:rsidR="009F0DA7" w14:paraId="68D30774" w14:textId="77777777" w:rsidTr="007F3134">
        <w:trPr>
          <w:cantSplit/>
        </w:trPr>
        <w:tc>
          <w:tcPr>
            <w:tcW w:w="10490" w:type="dxa"/>
            <w:gridSpan w:val="4"/>
            <w:shd w:val="clear" w:color="auto" w:fill="F6C5AC"/>
            <w:tcMar>
              <w:top w:w="40" w:type="dxa"/>
              <w:left w:w="60" w:type="dxa"/>
              <w:bottom w:w="40" w:type="dxa"/>
              <w:right w:w="60" w:type="dxa"/>
            </w:tcMar>
          </w:tcPr>
          <w:p w14:paraId="3F95971D" w14:textId="77777777" w:rsidR="009F0DA7" w:rsidRDefault="00000000">
            <w:r>
              <w:rPr>
                <w:b/>
                <w:sz w:val="19"/>
              </w:rPr>
              <w:t>SECTION 8A: INITIAL RECEIPT (Office of the Director of Safety Regulation)</w:t>
            </w:r>
          </w:p>
        </w:tc>
      </w:tr>
      <w:tr w:rsidR="009F0DA7" w14:paraId="09B5A992" w14:textId="77777777" w:rsidTr="007F3134">
        <w:trPr>
          <w:cantSplit/>
        </w:trPr>
        <w:tc>
          <w:tcPr>
            <w:tcW w:w="3104" w:type="dxa"/>
            <w:tcMar>
              <w:top w:w="40" w:type="dxa"/>
              <w:left w:w="60" w:type="dxa"/>
              <w:bottom w:w="40" w:type="dxa"/>
              <w:right w:w="60" w:type="dxa"/>
            </w:tcMar>
          </w:tcPr>
          <w:p w14:paraId="02D1D7C5" w14:textId="77777777" w:rsidR="009F0DA7" w:rsidRDefault="00000000">
            <w:r>
              <w:rPr>
                <w:sz w:val="18"/>
              </w:rPr>
              <w:t>Received by (Name and Office):</w:t>
            </w:r>
          </w:p>
        </w:tc>
        <w:tc>
          <w:tcPr>
            <w:tcW w:w="2304" w:type="dxa"/>
            <w:tcMar>
              <w:top w:w="40" w:type="dxa"/>
              <w:left w:w="60" w:type="dxa"/>
              <w:bottom w:w="40" w:type="dxa"/>
              <w:right w:w="60" w:type="dxa"/>
            </w:tcMar>
          </w:tcPr>
          <w:p w14:paraId="474F3FE3" w14:textId="77777777" w:rsidR="009F0DA7" w:rsidRDefault="009F0DA7"/>
        </w:tc>
        <w:tc>
          <w:tcPr>
            <w:tcW w:w="2880" w:type="dxa"/>
            <w:tcMar>
              <w:top w:w="40" w:type="dxa"/>
              <w:left w:w="60" w:type="dxa"/>
              <w:bottom w:w="40" w:type="dxa"/>
              <w:right w:w="60" w:type="dxa"/>
            </w:tcMar>
          </w:tcPr>
          <w:p w14:paraId="4652BE75" w14:textId="77777777" w:rsidR="009F0DA7" w:rsidRDefault="00000000">
            <w:r>
              <w:rPr>
                <w:sz w:val="18"/>
              </w:rPr>
              <w:t>Date received (dd/mm/yy):</w:t>
            </w:r>
          </w:p>
        </w:tc>
        <w:tc>
          <w:tcPr>
            <w:tcW w:w="2202" w:type="dxa"/>
            <w:tcMar>
              <w:top w:w="40" w:type="dxa"/>
              <w:left w:w="60" w:type="dxa"/>
              <w:bottom w:w="40" w:type="dxa"/>
              <w:right w:w="60" w:type="dxa"/>
            </w:tcMar>
          </w:tcPr>
          <w:p w14:paraId="6F617AEC" w14:textId="77777777" w:rsidR="009F0DA7" w:rsidRDefault="009F0DA7"/>
        </w:tc>
      </w:tr>
      <w:tr w:rsidR="009F0DA7" w14:paraId="50346DD4" w14:textId="77777777" w:rsidTr="007F3134">
        <w:trPr>
          <w:cantSplit/>
        </w:trPr>
        <w:tc>
          <w:tcPr>
            <w:tcW w:w="3104" w:type="dxa"/>
            <w:tcMar>
              <w:top w:w="40" w:type="dxa"/>
              <w:left w:w="60" w:type="dxa"/>
              <w:bottom w:w="40" w:type="dxa"/>
              <w:right w:w="60" w:type="dxa"/>
            </w:tcMar>
          </w:tcPr>
          <w:p w14:paraId="19370701" w14:textId="77777777" w:rsidR="009F0DA7" w:rsidRDefault="00000000">
            <w:r>
              <w:rPr>
                <w:sz w:val="18"/>
              </w:rPr>
              <w:t>Pre-application / Case Number:</w:t>
            </w:r>
          </w:p>
        </w:tc>
        <w:tc>
          <w:tcPr>
            <w:tcW w:w="2304" w:type="dxa"/>
            <w:tcMar>
              <w:top w:w="40" w:type="dxa"/>
              <w:left w:w="60" w:type="dxa"/>
              <w:bottom w:w="40" w:type="dxa"/>
              <w:right w:w="60" w:type="dxa"/>
            </w:tcMar>
          </w:tcPr>
          <w:p w14:paraId="6F147758" w14:textId="77777777" w:rsidR="009F0DA7" w:rsidRDefault="009F0DA7"/>
        </w:tc>
        <w:tc>
          <w:tcPr>
            <w:tcW w:w="2880" w:type="dxa"/>
            <w:tcMar>
              <w:top w:w="40" w:type="dxa"/>
              <w:left w:w="60" w:type="dxa"/>
              <w:bottom w:w="40" w:type="dxa"/>
              <w:right w:w="60" w:type="dxa"/>
            </w:tcMar>
          </w:tcPr>
          <w:p w14:paraId="7F335DD5" w14:textId="77777777" w:rsidR="009F0DA7" w:rsidRDefault="00000000">
            <w:r>
              <w:rPr>
                <w:sz w:val="18"/>
              </w:rPr>
              <w:t>Application fee verified:</w:t>
            </w:r>
          </w:p>
        </w:tc>
        <w:tc>
          <w:tcPr>
            <w:tcW w:w="2202" w:type="dxa"/>
            <w:tcMar>
              <w:top w:w="40" w:type="dxa"/>
              <w:left w:w="60" w:type="dxa"/>
              <w:bottom w:w="40" w:type="dxa"/>
              <w:right w:w="60" w:type="dxa"/>
            </w:tcMar>
          </w:tcPr>
          <w:p w14:paraId="70A39FC0" w14:textId="77777777" w:rsidR="009F0DA7" w:rsidRDefault="00000000">
            <w:r>
              <w:rPr>
                <w:sz w:val="18"/>
              </w:rPr>
              <w:t>☐ Yes  ☐ No</w:t>
            </w:r>
          </w:p>
        </w:tc>
      </w:tr>
      <w:tr w:rsidR="009F0DA7" w14:paraId="62702A22" w14:textId="77777777" w:rsidTr="007F3134">
        <w:trPr>
          <w:cantSplit/>
        </w:trPr>
        <w:tc>
          <w:tcPr>
            <w:tcW w:w="3104" w:type="dxa"/>
            <w:tcMar>
              <w:top w:w="40" w:type="dxa"/>
              <w:left w:w="60" w:type="dxa"/>
              <w:bottom w:w="40" w:type="dxa"/>
              <w:right w:w="60" w:type="dxa"/>
            </w:tcMar>
          </w:tcPr>
          <w:p w14:paraId="06663935" w14:textId="77777777" w:rsidR="009F0DA7" w:rsidRDefault="00000000">
            <w:r>
              <w:rPr>
                <w:sz w:val="18"/>
              </w:rPr>
              <w:t>Assigned PEL Inspector:</w:t>
            </w:r>
          </w:p>
        </w:tc>
        <w:tc>
          <w:tcPr>
            <w:tcW w:w="2304" w:type="dxa"/>
            <w:tcMar>
              <w:top w:w="40" w:type="dxa"/>
              <w:left w:w="60" w:type="dxa"/>
              <w:bottom w:w="40" w:type="dxa"/>
              <w:right w:w="60" w:type="dxa"/>
            </w:tcMar>
          </w:tcPr>
          <w:p w14:paraId="1AAD5BE8" w14:textId="77777777" w:rsidR="009F0DA7" w:rsidRDefault="009F0DA7"/>
        </w:tc>
        <w:tc>
          <w:tcPr>
            <w:tcW w:w="2880" w:type="dxa"/>
            <w:tcMar>
              <w:top w:w="40" w:type="dxa"/>
              <w:left w:w="60" w:type="dxa"/>
              <w:bottom w:w="40" w:type="dxa"/>
              <w:right w:w="60" w:type="dxa"/>
            </w:tcMar>
          </w:tcPr>
          <w:p w14:paraId="07AB88DC" w14:textId="77777777" w:rsidR="009F0DA7" w:rsidRDefault="00000000">
            <w:r>
              <w:rPr>
                <w:sz w:val="18"/>
              </w:rPr>
              <w:t>Assigned OPS Inspector:</w:t>
            </w:r>
          </w:p>
        </w:tc>
        <w:tc>
          <w:tcPr>
            <w:tcW w:w="2202" w:type="dxa"/>
            <w:tcMar>
              <w:top w:w="40" w:type="dxa"/>
              <w:left w:w="60" w:type="dxa"/>
              <w:bottom w:w="40" w:type="dxa"/>
              <w:right w:w="60" w:type="dxa"/>
            </w:tcMar>
          </w:tcPr>
          <w:p w14:paraId="5AAE0E87" w14:textId="77777777" w:rsidR="009F0DA7" w:rsidRDefault="009F0DA7"/>
        </w:tc>
      </w:tr>
      <w:tr w:rsidR="009F0DA7" w14:paraId="124F032B" w14:textId="77777777" w:rsidTr="007F3134">
        <w:trPr>
          <w:cantSplit/>
        </w:trPr>
        <w:tc>
          <w:tcPr>
            <w:tcW w:w="3104" w:type="dxa"/>
            <w:tcMar>
              <w:top w:w="40" w:type="dxa"/>
              <w:left w:w="60" w:type="dxa"/>
              <w:bottom w:w="40" w:type="dxa"/>
              <w:right w:w="60" w:type="dxa"/>
            </w:tcMar>
          </w:tcPr>
          <w:p w14:paraId="040D3312" w14:textId="77777777" w:rsidR="009F0DA7" w:rsidRDefault="00000000">
            <w:r>
              <w:rPr>
                <w:sz w:val="18"/>
              </w:rPr>
              <w:t>Assigned AIR Inspector (if applicable):</w:t>
            </w:r>
          </w:p>
        </w:tc>
        <w:tc>
          <w:tcPr>
            <w:tcW w:w="2304" w:type="dxa"/>
            <w:tcMar>
              <w:top w:w="40" w:type="dxa"/>
              <w:left w:w="60" w:type="dxa"/>
              <w:bottom w:w="40" w:type="dxa"/>
              <w:right w:w="60" w:type="dxa"/>
            </w:tcMar>
          </w:tcPr>
          <w:p w14:paraId="096CEF6B" w14:textId="77777777" w:rsidR="009F0DA7" w:rsidRDefault="009F0DA7"/>
        </w:tc>
        <w:tc>
          <w:tcPr>
            <w:tcW w:w="2880" w:type="dxa"/>
            <w:tcMar>
              <w:top w:w="40" w:type="dxa"/>
              <w:left w:w="60" w:type="dxa"/>
              <w:bottom w:w="40" w:type="dxa"/>
              <w:right w:w="60" w:type="dxa"/>
            </w:tcMar>
          </w:tcPr>
          <w:p w14:paraId="33297FFD" w14:textId="77777777" w:rsidR="009F0DA7" w:rsidRDefault="00000000">
            <w:r>
              <w:rPr>
                <w:sz w:val="18"/>
              </w:rPr>
              <w:t>Date assigned:</w:t>
            </w:r>
          </w:p>
        </w:tc>
        <w:tc>
          <w:tcPr>
            <w:tcW w:w="2202" w:type="dxa"/>
            <w:tcMar>
              <w:top w:w="40" w:type="dxa"/>
              <w:left w:w="60" w:type="dxa"/>
              <w:bottom w:w="40" w:type="dxa"/>
              <w:right w:w="60" w:type="dxa"/>
            </w:tcMar>
          </w:tcPr>
          <w:p w14:paraId="5A1FD584" w14:textId="77777777" w:rsidR="009F0DA7" w:rsidRDefault="009F0DA7"/>
        </w:tc>
      </w:tr>
      <w:tr w:rsidR="009F0DA7" w14:paraId="3EC2AEB7" w14:textId="77777777" w:rsidTr="007F3134">
        <w:trPr>
          <w:cantSplit/>
        </w:trPr>
        <w:tc>
          <w:tcPr>
            <w:tcW w:w="10490" w:type="dxa"/>
            <w:gridSpan w:val="4"/>
            <w:shd w:val="clear" w:color="auto" w:fill="F6C5AC"/>
            <w:tcMar>
              <w:top w:w="40" w:type="dxa"/>
              <w:left w:w="60" w:type="dxa"/>
              <w:bottom w:w="40" w:type="dxa"/>
              <w:right w:w="60" w:type="dxa"/>
            </w:tcMar>
          </w:tcPr>
          <w:p w14:paraId="7C3956C5" w14:textId="77777777" w:rsidR="009F0DA7" w:rsidRDefault="00000000">
            <w:r>
              <w:rPr>
                <w:b/>
                <w:sz w:val="19"/>
              </w:rPr>
              <w:t>SECTION 8B: CERTIFYING CAA VERIFICATION AND EVALUATION</w:t>
            </w:r>
          </w:p>
        </w:tc>
      </w:tr>
      <w:tr w:rsidR="009F0DA7" w14:paraId="29581C6A" w14:textId="77777777" w:rsidTr="007F3134">
        <w:trPr>
          <w:cantSplit/>
        </w:trPr>
        <w:tc>
          <w:tcPr>
            <w:tcW w:w="3104" w:type="dxa"/>
            <w:tcMar>
              <w:top w:w="40" w:type="dxa"/>
              <w:left w:w="60" w:type="dxa"/>
              <w:bottom w:w="40" w:type="dxa"/>
              <w:right w:w="60" w:type="dxa"/>
            </w:tcMar>
          </w:tcPr>
          <w:p w14:paraId="4DB572BA" w14:textId="77777777" w:rsidR="009F0DA7" w:rsidRDefault="00000000">
            <w:r>
              <w:rPr>
                <w:sz w:val="18"/>
              </w:rPr>
              <w:t>Certifying CAA correspondence reference:</w:t>
            </w:r>
          </w:p>
        </w:tc>
        <w:tc>
          <w:tcPr>
            <w:tcW w:w="2304" w:type="dxa"/>
            <w:tcMar>
              <w:top w:w="40" w:type="dxa"/>
              <w:left w:w="60" w:type="dxa"/>
              <w:bottom w:w="40" w:type="dxa"/>
              <w:right w:w="60" w:type="dxa"/>
            </w:tcMar>
          </w:tcPr>
          <w:p w14:paraId="44FF3804" w14:textId="77777777" w:rsidR="009F0DA7" w:rsidRDefault="009F0DA7"/>
        </w:tc>
        <w:tc>
          <w:tcPr>
            <w:tcW w:w="2880" w:type="dxa"/>
            <w:tcMar>
              <w:top w:w="40" w:type="dxa"/>
              <w:left w:w="60" w:type="dxa"/>
              <w:bottom w:w="40" w:type="dxa"/>
              <w:right w:w="60" w:type="dxa"/>
            </w:tcMar>
          </w:tcPr>
          <w:p w14:paraId="0E14C141" w14:textId="77777777" w:rsidR="009F0DA7" w:rsidRDefault="00000000">
            <w:r>
              <w:rPr>
                <w:sz w:val="18"/>
              </w:rPr>
              <w:t>Date verified:</w:t>
            </w:r>
          </w:p>
        </w:tc>
        <w:tc>
          <w:tcPr>
            <w:tcW w:w="2202" w:type="dxa"/>
            <w:tcMar>
              <w:top w:w="40" w:type="dxa"/>
              <w:left w:w="60" w:type="dxa"/>
              <w:bottom w:w="40" w:type="dxa"/>
              <w:right w:w="60" w:type="dxa"/>
            </w:tcMar>
          </w:tcPr>
          <w:p w14:paraId="4D469F3F" w14:textId="77777777" w:rsidR="009F0DA7" w:rsidRDefault="009F0DA7"/>
        </w:tc>
      </w:tr>
      <w:tr w:rsidR="009F0DA7" w14:paraId="4AAC7BF0" w14:textId="77777777" w:rsidTr="007F3134">
        <w:trPr>
          <w:cantSplit/>
        </w:trPr>
        <w:tc>
          <w:tcPr>
            <w:tcW w:w="3104" w:type="dxa"/>
            <w:tcMar>
              <w:top w:w="40" w:type="dxa"/>
              <w:left w:w="60" w:type="dxa"/>
              <w:bottom w:w="40" w:type="dxa"/>
              <w:right w:w="60" w:type="dxa"/>
            </w:tcMar>
          </w:tcPr>
          <w:p w14:paraId="3446D0E5" w14:textId="77777777" w:rsidR="009F0DA7" w:rsidRDefault="00000000">
            <w:r>
              <w:rPr>
                <w:sz w:val="18"/>
              </w:rPr>
              <w:t>Onsite verification conducted:</w:t>
            </w:r>
          </w:p>
        </w:tc>
        <w:tc>
          <w:tcPr>
            <w:tcW w:w="2304" w:type="dxa"/>
            <w:tcMar>
              <w:top w:w="40" w:type="dxa"/>
              <w:left w:w="60" w:type="dxa"/>
              <w:bottom w:w="40" w:type="dxa"/>
              <w:right w:w="60" w:type="dxa"/>
            </w:tcMar>
          </w:tcPr>
          <w:p w14:paraId="1BC8B87C" w14:textId="77777777" w:rsidR="009F0DA7" w:rsidRDefault="00000000">
            <w:r>
              <w:rPr>
                <w:sz w:val="18"/>
              </w:rPr>
              <w:t>☐ Yes  ☐ No</w:t>
            </w:r>
          </w:p>
        </w:tc>
        <w:tc>
          <w:tcPr>
            <w:tcW w:w="2880" w:type="dxa"/>
            <w:tcMar>
              <w:top w:w="40" w:type="dxa"/>
              <w:left w:w="60" w:type="dxa"/>
              <w:bottom w:w="40" w:type="dxa"/>
              <w:right w:w="60" w:type="dxa"/>
            </w:tcMar>
          </w:tcPr>
          <w:p w14:paraId="7E5A37F9" w14:textId="77777777" w:rsidR="009F0DA7" w:rsidRDefault="00000000">
            <w:r>
              <w:rPr>
                <w:sz w:val="18"/>
              </w:rPr>
              <w:t>Reference/date:</w:t>
            </w:r>
          </w:p>
        </w:tc>
        <w:tc>
          <w:tcPr>
            <w:tcW w:w="2202" w:type="dxa"/>
            <w:tcMar>
              <w:top w:w="40" w:type="dxa"/>
              <w:left w:w="60" w:type="dxa"/>
              <w:bottom w:w="40" w:type="dxa"/>
              <w:right w:w="60" w:type="dxa"/>
            </w:tcMar>
          </w:tcPr>
          <w:p w14:paraId="66223DDF" w14:textId="77777777" w:rsidR="009F0DA7" w:rsidRDefault="009F0DA7"/>
        </w:tc>
      </w:tr>
      <w:tr w:rsidR="009F0DA7" w14:paraId="77AC827B" w14:textId="77777777" w:rsidTr="007F3134">
        <w:trPr>
          <w:cantSplit/>
        </w:trPr>
        <w:tc>
          <w:tcPr>
            <w:tcW w:w="10490" w:type="dxa"/>
            <w:gridSpan w:val="4"/>
            <w:tcMar>
              <w:top w:w="40" w:type="dxa"/>
              <w:left w:w="60" w:type="dxa"/>
              <w:bottom w:w="40" w:type="dxa"/>
              <w:right w:w="60" w:type="dxa"/>
            </w:tcMar>
          </w:tcPr>
          <w:p w14:paraId="3EA5A860" w14:textId="77777777" w:rsidR="009F0DA7" w:rsidRDefault="00000000">
            <w:pPr>
              <w:rPr>
                <w:b/>
                <w:sz w:val="19"/>
              </w:rPr>
            </w:pPr>
            <w:r>
              <w:rPr>
                <w:b/>
                <w:sz w:val="19"/>
              </w:rPr>
              <w:t>Recommendation of PEL/OPS/AIR Inspectors:</w:t>
            </w:r>
          </w:p>
          <w:p w14:paraId="561B7D8E" w14:textId="77777777" w:rsidR="00B907BC" w:rsidRDefault="00B907BC"/>
        </w:tc>
      </w:tr>
    </w:tbl>
    <w:p w14:paraId="4CFDE80F" w14:textId="77777777" w:rsidR="00D24683" w:rsidRDefault="00D24683"/>
    <w:sectPr w:rsidR="00D24683" w:rsidSect="00034616">
      <w:headerReference w:type="default" r:id="rId8"/>
      <w:footerReference w:type="default" r:id="rId9"/>
      <w:pgSz w:w="12240" w:h="15840"/>
      <w:pgMar w:top="792" w:right="1296" w:bottom="1008" w:left="1296"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D9F35" w14:textId="77777777" w:rsidR="00D24683" w:rsidRDefault="00D24683">
      <w:pPr>
        <w:spacing w:after="0" w:line="240" w:lineRule="auto"/>
      </w:pPr>
      <w:r>
        <w:separator/>
      </w:r>
    </w:p>
  </w:endnote>
  <w:endnote w:type="continuationSeparator" w:id="0">
    <w:p w14:paraId="016D703F" w14:textId="77777777" w:rsidR="00D24683" w:rsidRDefault="00D24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ms Rmn">
    <w:panose1 w:val="0202060304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5"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3547"/>
      <w:gridCol w:w="3825"/>
      <w:gridCol w:w="3193"/>
    </w:tblGrid>
    <w:tr w:rsidR="00D65B41" w:rsidRPr="0015758E" w14:paraId="4C6C7371" w14:textId="77777777" w:rsidTr="00D65B41">
      <w:trPr>
        <w:tblHeader/>
        <w:jc w:val="center"/>
      </w:trPr>
      <w:tc>
        <w:tcPr>
          <w:tcW w:w="3547" w:type="dxa"/>
          <w:tcBorders>
            <w:right w:val="single" w:sz="4" w:space="0" w:color="auto"/>
          </w:tcBorders>
          <w:shd w:val="clear" w:color="auto" w:fill="DEEAF6"/>
        </w:tcPr>
        <w:p w14:paraId="23379556" w14:textId="77777777" w:rsidR="00D65B41" w:rsidRPr="00100968" w:rsidRDefault="00D65B41" w:rsidP="00D65B41">
          <w:pPr>
            <w:pStyle w:val="Footer"/>
            <w:rPr>
              <w:rFonts w:cs="Arial"/>
            </w:rPr>
          </w:pPr>
          <w:r w:rsidRPr="00100968">
            <w:rPr>
              <w:rFonts w:cs="Arial"/>
            </w:rPr>
            <w:t xml:space="preserve">This is a Controlled Document.  </w:t>
          </w:r>
        </w:p>
      </w:tc>
      <w:tc>
        <w:tcPr>
          <w:tcW w:w="3825" w:type="dxa"/>
          <w:tcBorders>
            <w:left w:val="single" w:sz="4" w:space="0" w:color="auto"/>
          </w:tcBorders>
          <w:shd w:val="clear" w:color="auto" w:fill="DEEAF6"/>
        </w:tcPr>
        <w:p w14:paraId="2668C090" w14:textId="02ABB296" w:rsidR="00D65B41" w:rsidRPr="00100968" w:rsidRDefault="00D65B41" w:rsidP="00D65B41">
          <w:pPr>
            <w:pStyle w:val="Footer"/>
            <w:rPr>
              <w:rFonts w:cs="Arial"/>
            </w:rPr>
          </w:pPr>
          <w:r w:rsidRPr="00100968">
            <w:rPr>
              <w:sz w:val="22"/>
            </w:rPr>
            <w:t>TCAA-FRM-ATO-PEL0</w:t>
          </w:r>
          <w:r w:rsidR="007F3134">
            <w:rPr>
              <w:sz w:val="22"/>
            </w:rPr>
            <w:t>6</w:t>
          </w:r>
        </w:p>
      </w:tc>
      <w:tc>
        <w:tcPr>
          <w:tcW w:w="3193" w:type="dxa"/>
          <w:shd w:val="clear" w:color="auto" w:fill="DEEAF6"/>
        </w:tcPr>
        <w:p w14:paraId="1BB01042" w14:textId="54AD46BB" w:rsidR="00D65B41" w:rsidRPr="00100968" w:rsidRDefault="00D65B41" w:rsidP="00D65B41">
          <w:pPr>
            <w:pStyle w:val="BlockText"/>
            <w:rPr>
              <w:rFonts w:ascii="Arial" w:hAnsi="Arial" w:cs="Arial"/>
              <w:szCs w:val="24"/>
            </w:rPr>
          </w:pPr>
          <w:r w:rsidRPr="00100968">
            <w:rPr>
              <w:rFonts w:ascii="Arial" w:hAnsi="Arial" w:cs="Arial"/>
              <w:szCs w:val="24"/>
            </w:rPr>
            <w:t xml:space="preserve">Issued on </w:t>
          </w:r>
          <w:r>
            <w:rPr>
              <w:rFonts w:ascii="Arial" w:hAnsi="Arial" w:cs="Arial"/>
              <w:szCs w:val="24"/>
            </w:rPr>
            <w:t>30 August 2026</w:t>
          </w:r>
        </w:p>
      </w:tc>
    </w:tr>
  </w:tbl>
  <w:p w14:paraId="1E8D1CB5" w14:textId="77777777" w:rsidR="009F0DA7" w:rsidRDefault="009F0D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9D80B" w14:textId="77777777" w:rsidR="00D24683" w:rsidRDefault="00D24683">
      <w:pPr>
        <w:spacing w:after="0" w:line="240" w:lineRule="auto"/>
      </w:pPr>
      <w:r>
        <w:separator/>
      </w:r>
    </w:p>
  </w:footnote>
  <w:footnote w:type="continuationSeparator" w:id="0">
    <w:p w14:paraId="3DA637E0" w14:textId="77777777" w:rsidR="00D24683" w:rsidRDefault="00D246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90" w:type="dxa"/>
      <w:tblInd w:w="-17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694"/>
      <w:gridCol w:w="6237"/>
      <w:gridCol w:w="1559"/>
    </w:tblGrid>
    <w:tr w:rsidR="00D65B41" w:rsidRPr="003F458E" w14:paraId="410B6366" w14:textId="77777777" w:rsidTr="007F3134">
      <w:trPr>
        <w:trHeight w:val="963"/>
      </w:trPr>
      <w:tc>
        <w:tcPr>
          <w:tcW w:w="2694" w:type="dxa"/>
          <w:tcBorders>
            <w:bottom w:val="double" w:sz="4" w:space="0" w:color="auto"/>
          </w:tcBorders>
          <w:vAlign w:val="center"/>
        </w:tcPr>
        <w:tbl>
          <w:tblPr>
            <w:tblpPr w:leftFromText="180" w:rightFromText="180" w:vertAnchor="text" w:horzAnchor="margin" w:tblpY="-93"/>
            <w:tblOverlap w:val="never"/>
            <w:tblW w:w="2335" w:type="dxa"/>
            <w:tblLook w:val="01E0" w:firstRow="1" w:lastRow="1" w:firstColumn="1" w:lastColumn="1" w:noHBand="0" w:noVBand="0"/>
          </w:tblPr>
          <w:tblGrid>
            <w:gridCol w:w="2335"/>
          </w:tblGrid>
          <w:tr w:rsidR="00D65B41" w:rsidRPr="00D65B41" w14:paraId="22E9B201" w14:textId="77777777" w:rsidTr="00D65B41">
            <w:trPr>
              <w:trHeight w:val="850"/>
            </w:trPr>
            <w:tc>
              <w:tcPr>
                <w:tcW w:w="2335" w:type="dxa"/>
              </w:tcPr>
              <w:p w14:paraId="6CAC23E3" w14:textId="39F84D18" w:rsidR="00D65B41" w:rsidRPr="00D65B41" w:rsidRDefault="00D65B41" w:rsidP="00D65B41">
                <w:pPr>
                  <w:jc w:val="center"/>
                  <w:rPr>
                    <w:rFonts w:cs="Times New Roman"/>
                    <w:sz w:val="22"/>
                  </w:rPr>
                </w:pPr>
                <w:r w:rsidRPr="00D65B41">
                  <w:rPr>
                    <w:rFonts w:cs="Times New Roman"/>
                    <w:noProof/>
                    <w:sz w:val="22"/>
                  </w:rPr>
                  <w:drawing>
                    <wp:anchor distT="0" distB="0" distL="114300" distR="114300" simplePos="0" relativeHeight="251681280" behindDoc="0" locked="0" layoutInCell="1" allowOverlap="1" wp14:anchorId="2D8544C6" wp14:editId="605F1011">
                      <wp:simplePos x="0" y="0"/>
                      <wp:positionH relativeFrom="column">
                        <wp:posOffset>376555</wp:posOffset>
                      </wp:positionH>
                      <wp:positionV relativeFrom="paragraph">
                        <wp:posOffset>85725</wp:posOffset>
                      </wp:positionV>
                      <wp:extent cx="1013460" cy="635635"/>
                      <wp:effectExtent l="0" t="0" r="0" b="0"/>
                      <wp:wrapSquare wrapText="bothSides"/>
                      <wp:docPr id="1771673702" name="Picture 1" descr="TCAA Final Logo Orange_PDF_Face_PN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CAA Final Logo Orange_PDF_Face_PNG-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3460" cy="63563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7A5E919F" w14:textId="77777777" w:rsidR="00D65B41" w:rsidRPr="00D65B41" w:rsidRDefault="00D65B41" w:rsidP="00D65B41">
          <w:pPr>
            <w:jc w:val="center"/>
            <w:rPr>
              <w:rFonts w:cs="Times New Roman"/>
              <w:sz w:val="22"/>
            </w:rPr>
          </w:pPr>
        </w:p>
      </w:tc>
      <w:tc>
        <w:tcPr>
          <w:tcW w:w="6237" w:type="dxa"/>
          <w:tcBorders>
            <w:bottom w:val="double" w:sz="4" w:space="0" w:color="auto"/>
          </w:tcBorders>
          <w:vAlign w:val="center"/>
        </w:tcPr>
        <w:p w14:paraId="190588FC" w14:textId="77777777" w:rsidR="00D65B41" w:rsidRPr="00D65B41" w:rsidRDefault="00D65B41" w:rsidP="00D65B41">
          <w:pPr>
            <w:tabs>
              <w:tab w:val="center" w:pos="4320"/>
              <w:tab w:val="right" w:pos="8640"/>
            </w:tabs>
            <w:spacing w:before="120"/>
            <w:jc w:val="center"/>
            <w:rPr>
              <w:rFonts w:cs="Times New Roman"/>
              <w:b/>
              <w:color w:val="002060"/>
              <w:sz w:val="22"/>
            </w:rPr>
          </w:pPr>
          <w:r w:rsidRPr="00D65B41">
            <w:rPr>
              <w:rFonts w:cs="Times New Roman"/>
              <w:b/>
              <w:color w:val="002060"/>
              <w:sz w:val="22"/>
            </w:rPr>
            <w:t>TANZANIA CIVIL AVIATION AUTHORITY</w:t>
          </w:r>
        </w:p>
        <w:p w14:paraId="0464E7B8" w14:textId="77777777" w:rsidR="00D65B41" w:rsidRPr="00D65B41" w:rsidRDefault="00D65B41" w:rsidP="00D65B41">
          <w:pPr>
            <w:spacing w:before="120" w:after="120"/>
            <w:jc w:val="center"/>
            <w:rPr>
              <w:rFonts w:cs="Times New Roman"/>
              <w:color w:val="002060"/>
              <w:sz w:val="22"/>
            </w:rPr>
          </w:pPr>
          <w:r w:rsidRPr="00D65B41">
            <w:rPr>
              <w:rFonts w:cs="Times New Roman"/>
              <w:color w:val="002060"/>
              <w:sz w:val="22"/>
            </w:rPr>
            <w:t>DIRECTORATE OF SAFETY REGULATIONS</w:t>
          </w:r>
        </w:p>
        <w:p w14:paraId="2E1A2BDA" w14:textId="77777777" w:rsidR="00D65B41" w:rsidRPr="00D65B41" w:rsidRDefault="00D65B41" w:rsidP="00D65B41">
          <w:pPr>
            <w:jc w:val="center"/>
            <w:rPr>
              <w:rFonts w:eastAsia="Calibri" w:cs="Times New Roman"/>
              <w:b/>
              <w:sz w:val="22"/>
            </w:rPr>
          </w:pPr>
          <w:r w:rsidRPr="00D65B41">
            <w:rPr>
              <w:rFonts w:cs="Times New Roman"/>
              <w:color w:val="002060"/>
              <w:sz w:val="22"/>
            </w:rPr>
            <w:t>PERSONNEL LICENSING</w:t>
          </w:r>
        </w:p>
      </w:tc>
      <w:tc>
        <w:tcPr>
          <w:tcW w:w="1559" w:type="dxa"/>
          <w:tcBorders>
            <w:bottom w:val="double" w:sz="4" w:space="0" w:color="auto"/>
          </w:tcBorders>
          <w:shd w:val="clear" w:color="auto" w:fill="D9E2F3"/>
          <w:vAlign w:val="center"/>
        </w:tcPr>
        <w:p w14:paraId="3D1111E7" w14:textId="20E1066F" w:rsidR="00D65B41" w:rsidRPr="00D65B41" w:rsidRDefault="00D65B41" w:rsidP="00D65B41">
          <w:pPr>
            <w:ind w:left="132" w:right="128"/>
            <w:jc w:val="center"/>
            <w:rPr>
              <w:rFonts w:cs="Times New Roman"/>
              <w:b/>
              <w:sz w:val="22"/>
            </w:rPr>
          </w:pPr>
          <w:r w:rsidRPr="00D65B41">
            <w:rPr>
              <w:rFonts w:cs="Times New Roman"/>
              <w:b/>
              <w:sz w:val="22"/>
            </w:rPr>
            <w:t xml:space="preserve">Revision: </w:t>
          </w:r>
          <w:r w:rsidRPr="00D65B41">
            <w:rPr>
              <w:rFonts w:cs="Times New Roman"/>
              <w:b/>
              <w:sz w:val="22"/>
            </w:rPr>
            <w:t>0</w:t>
          </w:r>
        </w:p>
        <w:p w14:paraId="52E89E3D" w14:textId="77777777" w:rsidR="00D65B41" w:rsidRPr="00D65B41" w:rsidRDefault="00D65B41" w:rsidP="00D65B41">
          <w:pPr>
            <w:ind w:left="132" w:right="128"/>
            <w:jc w:val="center"/>
            <w:rPr>
              <w:rFonts w:cs="Times New Roman"/>
              <w:b/>
              <w:sz w:val="22"/>
            </w:rPr>
          </w:pPr>
          <w:r w:rsidRPr="00D65B41">
            <w:rPr>
              <w:rFonts w:cs="Times New Roman"/>
              <w:b/>
              <w:sz w:val="22"/>
            </w:rPr>
            <w:t>Form</w:t>
          </w:r>
        </w:p>
      </w:tc>
    </w:tr>
    <w:tr w:rsidR="00D65B41" w:rsidRPr="00C53EDD" w14:paraId="1AD917B2" w14:textId="77777777" w:rsidTr="007F3134">
      <w:trPr>
        <w:trHeight w:val="648"/>
      </w:trPr>
      <w:tc>
        <w:tcPr>
          <w:tcW w:w="2694" w:type="dxa"/>
          <w:shd w:val="clear" w:color="auto" w:fill="D9E2F3"/>
          <w:vAlign w:val="center"/>
        </w:tcPr>
        <w:p w14:paraId="6CF126B4" w14:textId="7FDA0DBF" w:rsidR="00D65B41" w:rsidRPr="00D65B41" w:rsidRDefault="00D65B41" w:rsidP="00D65B41">
          <w:pPr>
            <w:pStyle w:val="BlockText"/>
            <w:spacing w:after="60"/>
            <w:ind w:right="-105"/>
            <w:rPr>
              <w:rFonts w:ascii="Times New Roman" w:hAnsi="Times New Roman"/>
              <w:bCs/>
              <w:sz w:val="22"/>
              <w:szCs w:val="22"/>
            </w:rPr>
          </w:pPr>
          <w:r w:rsidRPr="00D65B41">
            <w:rPr>
              <w:rFonts w:ascii="Times New Roman" w:hAnsi="Times New Roman"/>
              <w:bCs/>
              <w:sz w:val="22"/>
              <w:szCs w:val="22"/>
            </w:rPr>
            <w:t>TCAA-FRM-ATO</w:t>
          </w:r>
          <w:r>
            <w:rPr>
              <w:rFonts w:ascii="Times New Roman" w:hAnsi="Times New Roman"/>
              <w:bCs/>
              <w:sz w:val="22"/>
              <w:szCs w:val="22"/>
            </w:rPr>
            <w:t xml:space="preserve"> </w:t>
          </w:r>
          <w:r w:rsidRPr="00D65B41">
            <w:rPr>
              <w:rFonts w:ascii="Times New Roman" w:hAnsi="Times New Roman"/>
              <w:bCs/>
              <w:sz w:val="22"/>
              <w:szCs w:val="22"/>
            </w:rPr>
            <w:t>PEL0</w:t>
          </w:r>
          <w:r w:rsidR="007F3134">
            <w:rPr>
              <w:rFonts w:ascii="Times New Roman" w:hAnsi="Times New Roman"/>
              <w:bCs/>
              <w:sz w:val="22"/>
              <w:szCs w:val="22"/>
            </w:rPr>
            <w:t>6</w:t>
          </w:r>
        </w:p>
      </w:tc>
      <w:tc>
        <w:tcPr>
          <w:tcW w:w="6237" w:type="dxa"/>
          <w:shd w:val="clear" w:color="auto" w:fill="D9E2F3"/>
          <w:vAlign w:val="center"/>
        </w:tcPr>
        <w:p w14:paraId="7A66C1BF" w14:textId="076E4664" w:rsidR="00D65B41" w:rsidRPr="00D65B41" w:rsidRDefault="00D65B41" w:rsidP="00D65B41">
          <w:pPr>
            <w:rPr>
              <w:sz w:val="22"/>
            </w:rPr>
          </w:pPr>
          <w:r w:rsidRPr="00D65B41">
            <w:rPr>
              <w:rFonts w:cs="Times New Roman"/>
              <w:b/>
              <w:sz w:val="22"/>
            </w:rPr>
            <w:t xml:space="preserve">Title: </w:t>
          </w:r>
          <w:r w:rsidR="007F3134" w:rsidRPr="00D65B41">
            <w:rPr>
              <w:bCs/>
              <w:sz w:val="22"/>
            </w:rPr>
            <w:t xml:space="preserve">Application </w:t>
          </w:r>
          <w:r w:rsidR="007F3134">
            <w:rPr>
              <w:bCs/>
              <w:sz w:val="22"/>
            </w:rPr>
            <w:t>f</w:t>
          </w:r>
          <w:r w:rsidR="007F3134" w:rsidRPr="00D65B41">
            <w:rPr>
              <w:bCs/>
              <w:sz w:val="22"/>
            </w:rPr>
            <w:t xml:space="preserve">or Initial Approval </w:t>
          </w:r>
          <w:r w:rsidR="007F3134">
            <w:rPr>
              <w:bCs/>
              <w:sz w:val="22"/>
            </w:rPr>
            <w:t>o</w:t>
          </w:r>
          <w:r w:rsidR="007F3134" w:rsidRPr="00D65B41">
            <w:rPr>
              <w:bCs/>
              <w:sz w:val="22"/>
            </w:rPr>
            <w:t xml:space="preserve">f </w:t>
          </w:r>
          <w:r w:rsidR="007F3134">
            <w:rPr>
              <w:bCs/>
              <w:sz w:val="22"/>
            </w:rPr>
            <w:t>a</w:t>
          </w:r>
          <w:r w:rsidR="007F3134" w:rsidRPr="00D65B41">
            <w:rPr>
              <w:bCs/>
              <w:sz w:val="22"/>
            </w:rPr>
            <w:t xml:space="preserve"> Foreign Approved Training Organization (A</w:t>
          </w:r>
          <w:r w:rsidR="007F3134">
            <w:rPr>
              <w:bCs/>
              <w:sz w:val="22"/>
            </w:rPr>
            <w:t>TO</w:t>
          </w:r>
          <w:r w:rsidR="007F3134" w:rsidRPr="00D65B41">
            <w:rPr>
              <w:bCs/>
              <w:sz w:val="22"/>
            </w:rPr>
            <w:t>)</w:t>
          </w:r>
        </w:p>
      </w:tc>
      <w:tc>
        <w:tcPr>
          <w:tcW w:w="1559" w:type="dxa"/>
          <w:shd w:val="clear" w:color="auto" w:fill="D9E2F3"/>
          <w:vAlign w:val="center"/>
        </w:tcPr>
        <w:p w14:paraId="5323AE0D" w14:textId="77777777" w:rsidR="00D65B41" w:rsidRPr="00D65B41" w:rsidRDefault="00D65B41" w:rsidP="00D65B41">
          <w:pPr>
            <w:jc w:val="center"/>
            <w:rPr>
              <w:rFonts w:cs="Times New Roman"/>
              <w:b/>
              <w:sz w:val="22"/>
            </w:rPr>
          </w:pPr>
          <w:r w:rsidRPr="00D65B41">
            <w:rPr>
              <w:rFonts w:cs="Times New Roman"/>
              <w:b/>
              <w:sz w:val="22"/>
            </w:rPr>
            <w:t xml:space="preserve">Page </w:t>
          </w:r>
          <w:r w:rsidRPr="00D65B41">
            <w:rPr>
              <w:rFonts w:cs="Times New Roman"/>
              <w:b/>
              <w:sz w:val="22"/>
            </w:rPr>
            <w:fldChar w:fldCharType="begin"/>
          </w:r>
          <w:r w:rsidRPr="00D65B41">
            <w:rPr>
              <w:rFonts w:cs="Times New Roman"/>
              <w:b/>
              <w:sz w:val="22"/>
            </w:rPr>
            <w:instrText xml:space="preserve"> PAGE </w:instrText>
          </w:r>
          <w:r w:rsidRPr="00D65B41">
            <w:rPr>
              <w:rFonts w:cs="Times New Roman"/>
              <w:b/>
              <w:sz w:val="22"/>
            </w:rPr>
            <w:fldChar w:fldCharType="separate"/>
          </w:r>
          <w:r w:rsidRPr="00D65B41">
            <w:rPr>
              <w:rFonts w:cs="Times New Roman"/>
              <w:b/>
              <w:noProof/>
              <w:sz w:val="22"/>
            </w:rPr>
            <w:t>1</w:t>
          </w:r>
          <w:r w:rsidRPr="00D65B41">
            <w:rPr>
              <w:rFonts w:cs="Times New Roman"/>
              <w:b/>
              <w:sz w:val="22"/>
            </w:rPr>
            <w:fldChar w:fldCharType="end"/>
          </w:r>
          <w:r w:rsidRPr="00D65B41">
            <w:rPr>
              <w:rFonts w:cs="Times New Roman"/>
              <w:b/>
              <w:sz w:val="22"/>
            </w:rPr>
            <w:t xml:space="preserve"> of 1</w:t>
          </w:r>
        </w:p>
      </w:tc>
    </w:tr>
  </w:tbl>
  <w:p w14:paraId="62F0E304" w14:textId="77777777" w:rsidR="009F0DA7" w:rsidRDefault="009F0D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69977211">
    <w:abstractNumId w:val="8"/>
  </w:num>
  <w:num w:numId="2" w16cid:durableId="1388187942">
    <w:abstractNumId w:val="6"/>
  </w:num>
  <w:num w:numId="3" w16cid:durableId="1889343401">
    <w:abstractNumId w:val="5"/>
  </w:num>
  <w:num w:numId="4" w16cid:durableId="1949966910">
    <w:abstractNumId w:val="4"/>
  </w:num>
  <w:num w:numId="5" w16cid:durableId="1239560232">
    <w:abstractNumId w:val="7"/>
  </w:num>
  <w:num w:numId="6" w16cid:durableId="198902706">
    <w:abstractNumId w:val="3"/>
  </w:num>
  <w:num w:numId="7" w16cid:durableId="1238444513">
    <w:abstractNumId w:val="2"/>
  </w:num>
  <w:num w:numId="8" w16cid:durableId="1797871488">
    <w:abstractNumId w:val="1"/>
  </w:num>
  <w:num w:numId="9" w16cid:durableId="805320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F3134"/>
    <w:rsid w:val="009F0DA7"/>
    <w:rsid w:val="00A22448"/>
    <w:rsid w:val="00AA1D8D"/>
    <w:rsid w:val="00B47730"/>
    <w:rsid w:val="00B907BC"/>
    <w:rsid w:val="00CB0664"/>
    <w:rsid w:val="00D24683"/>
    <w:rsid w:val="00D65B4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8A71D06"/>
  <w14:defaultImageDpi w14:val="300"/>
  <w15:docId w15:val="{B3A5C618-AE8F-490E-8845-A6DF35C82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lockText">
    <w:name w:val="Block Text"/>
    <w:basedOn w:val="Normal"/>
    <w:rsid w:val="00D65B41"/>
    <w:pPr>
      <w:spacing w:after="0" w:line="240" w:lineRule="auto"/>
    </w:pPr>
    <w:rPr>
      <w:rFonts w:ascii="Tms Rmn" w:eastAsia="Times New Roman" w:hAnsi="Tms Rmn"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759</Words>
  <Characters>4331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Mossy Kitang'ita</cp:lastModifiedBy>
  <cp:revision>2</cp:revision>
  <dcterms:created xsi:type="dcterms:W3CDTF">2026-09-11T18:20:00Z</dcterms:created>
  <dcterms:modified xsi:type="dcterms:W3CDTF">2026-09-11T18:20:00Z</dcterms:modified>
  <cp:category/>
</cp:coreProperties>
</file>